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 Arrangements and Handover Emails</w:t>
      </w:r>
    </w:p>
    <w:p>
      <w:r>
        <w:t>Ten editable samples for different situations. Replace bracketed details and review the message before copying it into your email application.</w:t>
      </w:r>
    </w:p>
    <w:p>
      <w:pPr>
        <w:pStyle w:val="Heading2"/>
        <w:keepNext/>
        <w:keepLines/>
        <w:widowControl/>
      </w:pPr>
      <w:r>
        <w:t>11 Remote employee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and remote handover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Please accept my resignation from the remote role of [Job title], with [date] proposed as my final working day. I will prepare a handover document covering active tasks, shared-file locations and key contacts. Please advise how you would like company equipment returned and access transferred. Thank you for the opportunity to work with the team.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12 Part-time role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from my part-time position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I am writing to resign from my part-time position as [Job title]. I propose [date] as my final working day, with my remaining shifts to be confirmed against the notice arrangements. I have appreciated working with the team. Please let me know how you would like me to hand over my routine tasks and any outstanding work.</w:t>
      </w:r>
    </w:p>
    <w:p>
      <w:pPr>
        <w:keepNext/>
        <w:keepLines/>
        <w:widowControl/>
      </w:pPr>
      <w:r>
        <w:t>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13 Probationary role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during probation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I have decided to resign from my position as [Job title] during the probationary period. I propose [date] as my final working day, subject to the notice terms that apply to my appointment. Thank you for the opportunity to join [Company]. Please confirm the departure arrangements and any tasks you would like me to complete before leaving.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14 Fixed-term early departure request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Request to discuss resignation from [Role]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I would like to resign from my fixed-term role as [Job title] and request a discussion about whether [date] can be agreed as my final working day. I understand that the contract and departure arrangements need to be reviewed. Please let me know a suitable time to discuss the request and the practical handover.</w:t>
      </w:r>
    </w:p>
    <w:p>
      <w:pPr>
        <w:keepNext/>
        <w:keepLines/>
        <w:widowControl/>
      </w:pPr>
      <w:r>
        <w:t>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15 Request shorter notice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Request for an earlier release date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I am resigning from my role as [Job title] and would like to request [date] as an earlier final working day. I understand that this requires discussion and agreement rather than assumption. I can prepare [specific handover work] to support the transition. Please let me know whether we can review the request and confirm an appropriate arrangement.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16 Urgent circumstances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and urgent discussion request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Due to urgent personal circumstances, I am resigning from my position as [Job title] and need to discuss my availability and final working date as soon as possible. Please contact me at [contact] when convenient today. I recognize that the departure arrangements require clarification and will share the practical information I can to assist with the transition.</w:t>
      </w:r>
    </w:p>
    <w:p>
      <w:pPr>
        <w:keepNext/>
        <w:keepLines/>
        <w:widowControl/>
      </w:pPr>
      <w:r>
        <w:t>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17 Manager resignation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and team transition</w:t>
      </w:r>
    </w:p>
    <w:p>
      <w:pPr>
        <w:keepNext/>
        <w:keepLines/>
        <w:widowControl/>
      </w:pPr>
      <w:r>
        <w:t>Dear [Recipient],</w:t>
      </w:r>
    </w:p>
    <w:p>
      <w:pPr>
        <w:keepNext/>
        <w:keepLines/>
        <w:widowControl/>
      </w:pPr>
      <w:r>
        <w:t>I am resigning from my position as [Management role], with [date] proposed as my final working day. I will prepare a transition summary covering team responsibilities, current decisions and upcoming commitments. Please advise who should receive each part of the handover. I appreciate the opportunity to have worked with the team and will coordinate the remaining work with you.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18 Positive exit with limited detail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Formal notice of my departure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Please accept my resignation from [Job title]. My proposed final working day is [date], subject to confirmation of the applicable arrangements. I have decided that this is the right time for a change and would prefer to keep the reasons brief. Thank you for the experience gained here. I will organize the handover of my current work.</w:t>
      </w:r>
    </w:p>
    <w:p>
      <w:pPr>
        <w:keepNext/>
        <w:keepLines/>
        <w:widowControl/>
      </w:pPr>
      <w:r>
        <w:t>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19 After a conversation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Written confirmation of my resignation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Following our conversation on [date], I am confirming my resignation from [Job title]. We discussed [date] as the proposed final working day; please confirm the agreed date in writing. I will prepare the handover items we identified, including [items]. Thank you for discussing the transition with me and clarifying the next steps.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20 Handover follow-up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Handover update before my departure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Following my resignation notice dated [date], I have prepared the handover summary at [location]. It covers active tasks, upcoming deadlines and the contacts involved. My final working day remains [confirmed date]. Please let me know if you would like any part clarified before then, and confirm who will take ownership of the remaining items.</w:t>
      </w:r>
    </w:p>
    <w:p>
      <w:pPr>
        <w:keepNext/>
        <w:keepLines/>
        <w:widowControl/>
      </w:pPr>
      <w:r>
        <w:t>Best regards,</w:t>
      </w:r>
    </w:p>
    <w:p>
      <w:pPr>
        <w:keepLines/>
        <w:widowControl/>
      </w:pPr>
      <w:r>
        <w:t>[Your name]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