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Standard and Personal Resignation Emails</w:t>
      </w:r>
    </w:p>
    <w:p>
      <w:r>
        <w:t>Ten editable samples for different situations. Replace bracketed details and review the message before copying it into your email application.</w:t>
      </w:r>
    </w:p>
    <w:p>
      <w:pPr>
        <w:pStyle w:val="Heading2"/>
        <w:keepNext/>
        <w:keepLines/>
        <w:widowControl/>
      </w:pPr>
      <w:r>
        <w:t>1 Standard notice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Resignation notice from [Your name]</w:t>
      </w:r>
    </w:p>
    <w:p>
      <w:pPr>
        <w:keepNext/>
        <w:keepLines/>
        <w:widowControl/>
      </w:pPr>
      <w:r>
        <w:t>Dear [Manager],</w:t>
      </w:r>
    </w:p>
    <w:p>
      <w:pPr>
        <w:keepNext/>
        <w:keepLines/>
        <w:widowControl/>
      </w:pPr>
      <w:r>
        <w:t>Please accept this email as notice of my resignation from my role as [Job title] at [Company]. Based on my agreed notice arrangements, I propose [date] as my final working day. Thank you for the opportunities I have had here. I will prepare a handover of my current work and discuss the transition with you.</w:t>
      </w:r>
    </w:p>
    <w:p>
      <w:pPr>
        <w:keepNext/>
        <w:keepLines/>
        <w:widowControl/>
      </w:pPr>
      <w:r>
        <w:t>Kind regards,</w:t>
      </w:r>
    </w:p>
    <w:p>
      <w:pPr>
        <w:keepLines/>
        <w:widowControl/>
      </w:pPr>
      <w:r>
        <w:t>[Your name]</w:t>
      </w:r>
    </w:p>
    <w:p>
      <w:pPr>
        <w:pStyle w:val="Heading2"/>
        <w:keepNext/>
        <w:keepLines/>
        <w:widowControl/>
      </w:pPr>
      <w:r>
        <w:t>2 Brief formal notice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Notice of resignation</w:t>
      </w:r>
    </w:p>
    <w:p>
      <w:pPr>
        <w:keepNext/>
        <w:keepLines/>
        <w:widowControl/>
      </w:pPr>
      <w:r>
        <w:t>Dear [Manager],</w:t>
      </w:r>
    </w:p>
    <w:p>
      <w:pPr>
        <w:keepNext/>
        <w:keepLines/>
        <w:widowControl/>
      </w:pPr>
      <w:r>
        <w:t>I am writing to resign from my position as [Job title]. My proposed final working day is [date], in line with the notice arrangements I understand to apply. Please confirm the date and any required next steps. I will continue to carry out my responsibilities and organize a clear handover during the remaining period.</w:t>
      </w:r>
    </w:p>
    <w:p>
      <w:pPr>
        <w:keepNext/>
        <w:keepLines/>
        <w:widowControl/>
      </w:pPr>
      <w:r>
        <w:t>Regards,</w:t>
      </w:r>
    </w:p>
    <w:p>
      <w:pPr>
        <w:keepLines/>
        <w:widowControl/>
      </w:pPr>
      <w:r>
        <w:t>[Your name]</w:t>
      </w:r>
    </w:p>
    <w:p>
      <w:pPr>
        <w:pStyle w:val="Heading2"/>
        <w:keepNext/>
        <w:keepLines/>
        <w:widowControl/>
      </w:pPr>
      <w:r>
        <w:t>3 Warm professional notice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My resignation from [Role]</w:t>
      </w:r>
    </w:p>
    <w:p>
      <w:pPr>
        <w:keepNext/>
        <w:keepLines/>
        <w:widowControl/>
      </w:pPr>
      <w:r>
        <w:t>Dear [Manager],</w:t>
      </w:r>
    </w:p>
    <w:p>
      <w:pPr>
        <w:keepNext/>
        <w:keepLines/>
        <w:widowControl/>
      </w:pPr>
      <w:r>
        <w:t>After careful consideration, I have decided to resign from my role as [Job title], with [date] proposed as my final working day. I have appreciated working with the team and learning through [specific experience]. I will document my active tasks and arrange a handover. Thank you for your support during my time at [Company].</w:t>
      </w:r>
    </w:p>
    <w:p>
      <w:pPr>
        <w:keepNext/>
        <w:keepLines/>
        <w:widowControl/>
      </w:pPr>
      <w:r>
        <w:t>Best wishes,</w:t>
      </w:r>
    </w:p>
    <w:p>
      <w:pPr>
        <w:keepLines/>
        <w:widowControl/>
      </w:pPr>
      <w:r>
        <w:t>[Your name]</w:t>
      </w:r>
    </w:p>
    <w:p>
      <w:pPr>
        <w:pStyle w:val="Heading2"/>
        <w:keepNext/>
        <w:keepLines/>
        <w:widowControl/>
      </w:pPr>
      <w:r>
        <w:t>4 New opportunity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Resignation and proposed transition</w:t>
      </w:r>
    </w:p>
    <w:p>
      <w:pPr>
        <w:keepNext/>
        <w:keepLines/>
        <w:widowControl/>
      </w:pPr>
      <w:r>
        <w:t>Dear [Manager],</w:t>
      </w:r>
    </w:p>
    <w:p>
      <w:pPr>
        <w:keepNext/>
        <w:keepLines/>
        <w:widowControl/>
      </w:pPr>
      <w:r>
        <w:t>I have decided to accept another opportunity and am resigning from my position as [Job title]. My proposed last working day is [date], subject to confirmation of the applicable notice arrangements. I am grateful for the experience gained at [Company]. I will help organize the handover of my current responsibilities before I leave.</w:t>
      </w:r>
    </w:p>
    <w:p>
      <w:pPr>
        <w:keepNext/>
        <w:keepLines/>
        <w:widowControl/>
      </w:pPr>
      <w:r>
        <w:t>Kind regards,</w:t>
      </w:r>
    </w:p>
    <w:p>
      <w:pPr>
        <w:keepLines/>
        <w:widowControl/>
      </w:pPr>
      <w:r>
        <w:t>[Your name]</w:t>
      </w:r>
    </w:p>
    <w:p>
      <w:pPr>
        <w:pStyle w:val="Heading2"/>
        <w:keepNext/>
        <w:keepLines/>
        <w:widowControl/>
      </w:pPr>
      <w:r>
        <w:t>5 Career change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Resignation from [Job title]</w:t>
      </w:r>
    </w:p>
    <w:p>
      <w:pPr>
        <w:keepNext/>
        <w:keepLines/>
        <w:widowControl/>
      </w:pPr>
      <w:r>
        <w:t>Dear [Manager],</w:t>
      </w:r>
    </w:p>
    <w:p>
      <w:pPr>
        <w:keepNext/>
        <w:keepLines/>
        <w:widowControl/>
      </w:pPr>
      <w:r>
        <w:t>I am resigning from my role as [Job title] to pursue a different career direction. I propose [date] as my final working day and would appreciate confirmation of the transition arrangements. Thank you for the experience and encouragement I have received here. I will prepare a summary of ongoing work and outstanding actions for the handover.</w:t>
      </w:r>
    </w:p>
    <w:p>
      <w:pPr>
        <w:keepNext/>
        <w:keepLines/>
        <w:widowControl/>
      </w:pPr>
      <w:r>
        <w:t>Regards,</w:t>
      </w:r>
    </w:p>
    <w:p>
      <w:pPr>
        <w:keepLines/>
        <w:widowControl/>
      </w:pPr>
      <w:r>
        <w:t>[Your name]</w:t>
      </w:r>
    </w:p>
    <w:p>
      <w:pPr>
        <w:pStyle w:val="Heading2"/>
        <w:keepNext/>
        <w:keepLines/>
        <w:widowControl/>
      </w:pPr>
      <w:r>
        <w:t>6 Further study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Notice of resignation to pursue study</w:t>
      </w:r>
    </w:p>
    <w:p>
      <w:pPr>
        <w:keepNext/>
        <w:keepLines/>
        <w:widowControl/>
      </w:pPr>
      <w:r>
        <w:t>Dear [Manager],</w:t>
      </w:r>
    </w:p>
    <w:p>
      <w:pPr>
        <w:keepNext/>
        <w:keepLines/>
        <w:widowControl/>
      </w:pPr>
      <w:r>
        <w:t>I am writing to resign from my position as [Job title] because I have decided to continue my studies. My proposed final working day is [date], in accordance with the arrangements to be confirmed. I have valued my time with [Company]. I will organize my files and current tasks to support an orderly handover.</w:t>
      </w:r>
    </w:p>
    <w:p>
      <w:pPr>
        <w:keepNext/>
        <w:keepLines/>
        <w:widowControl/>
      </w:pPr>
      <w:r>
        <w:t>Best wishes,</w:t>
      </w:r>
    </w:p>
    <w:p>
      <w:pPr>
        <w:keepLines/>
        <w:widowControl/>
      </w:pPr>
      <w:r>
        <w:t>[Your name]</w:t>
      </w:r>
    </w:p>
    <w:p>
      <w:pPr>
        <w:pStyle w:val="Heading2"/>
        <w:keepNext/>
        <w:keepLines/>
        <w:widowControl/>
      </w:pPr>
      <w:r>
        <w:t>7 Relocation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Resignation following relocation plans</w:t>
      </w:r>
    </w:p>
    <w:p>
      <w:pPr>
        <w:keepNext/>
        <w:keepLines/>
        <w:widowControl/>
      </w:pPr>
      <w:r>
        <w:t>Dear [Manager],</w:t>
      </w:r>
    </w:p>
    <w:p>
      <w:pPr>
        <w:keepNext/>
        <w:keepLines/>
        <w:widowControl/>
      </w:pPr>
      <w:r>
        <w:t>Due to my planned relocation, I have decided to resign from my role as [Job title]. I propose [date] as my final working day and would welcome a discussion about the handover schedule. Thank you for the opportunities I have had at [Company]. I will provide a clear record of my current responsibilities before leaving.</w:t>
      </w:r>
    </w:p>
    <w:p>
      <w:pPr>
        <w:keepNext/>
        <w:keepLines/>
        <w:widowControl/>
      </w:pPr>
      <w:r>
        <w:t>Kind regards,</w:t>
      </w:r>
    </w:p>
    <w:p>
      <w:pPr>
        <w:keepLines/>
        <w:widowControl/>
      </w:pPr>
      <w:r>
        <w:t>[Your name]</w:t>
      </w:r>
    </w:p>
    <w:p>
      <w:pPr>
        <w:pStyle w:val="Heading2"/>
        <w:keepNext/>
        <w:keepLines/>
        <w:widowControl/>
      </w:pPr>
      <w:r>
        <w:t>8 Personal reasons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Resignation for personal reasons</w:t>
      </w:r>
    </w:p>
    <w:p>
      <w:pPr>
        <w:keepNext/>
        <w:keepLines/>
        <w:widowControl/>
      </w:pPr>
      <w:r>
        <w:t>Dear [Manager],</w:t>
      </w:r>
    </w:p>
    <w:p>
      <w:pPr>
        <w:keepNext/>
        <w:keepLines/>
        <w:widowControl/>
      </w:pPr>
      <w:r>
        <w:t>Please accept this email as notice of my resignation from [Job title] for personal reasons. My proposed final working day is [date]. I would prefer to keep the personal details private, but I am available to discuss the practical transition. Thank you for your understanding. I will prepare a handover of my outstanding work.</w:t>
      </w:r>
    </w:p>
    <w:p>
      <w:pPr>
        <w:keepNext/>
        <w:keepLines/>
        <w:widowControl/>
      </w:pPr>
      <w:r>
        <w:t>Regards,</w:t>
      </w:r>
    </w:p>
    <w:p>
      <w:pPr>
        <w:keepLines/>
        <w:widowControl/>
      </w:pPr>
      <w:r>
        <w:t>[Your name]</w:t>
      </w:r>
    </w:p>
    <w:p>
      <w:pPr>
        <w:pStyle w:val="Heading2"/>
        <w:keepNext/>
        <w:keepLines/>
        <w:widowControl/>
      </w:pPr>
      <w:r>
        <w:t>9 Family commitments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Notice of resignation from [Role]</w:t>
      </w:r>
    </w:p>
    <w:p>
      <w:pPr>
        <w:keepNext/>
        <w:keepLines/>
        <w:widowControl/>
      </w:pPr>
      <w:r>
        <w:t>Dear [Manager],</w:t>
      </w:r>
    </w:p>
    <w:p>
      <w:pPr>
        <w:keepNext/>
        <w:keepLines/>
        <w:widowControl/>
      </w:pPr>
      <w:r>
        <w:t>I have decided to resign from my role as [Job title] to focus on family commitments. I propose [date] as my final working day, subject to confirmation of the notice arrangements. I appreciate the experience I have gained here and your understanding of my decision. I will work with you to organize an appropriate handover.</w:t>
      </w:r>
    </w:p>
    <w:p>
      <w:pPr>
        <w:keepNext/>
        <w:keepLines/>
        <w:widowControl/>
      </w:pPr>
      <w:r>
        <w:t>Kind regards,</w:t>
      </w:r>
    </w:p>
    <w:p>
      <w:pPr>
        <w:keepLines/>
        <w:widowControl/>
      </w:pPr>
      <w:r>
        <w:t>[Your name]</w:t>
      </w:r>
    </w:p>
    <w:p>
      <w:pPr>
        <w:pStyle w:val="Heading2"/>
        <w:keepNext/>
        <w:keepLines/>
        <w:widowControl/>
      </w:pPr>
      <w:r>
        <w:t>10 Health privacy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Resignation and transition arrangements</w:t>
      </w:r>
    </w:p>
    <w:p>
      <w:pPr>
        <w:keepNext/>
        <w:keepLines/>
        <w:widowControl/>
      </w:pPr>
      <w:r>
        <w:t>Dear [Manager],</w:t>
      </w:r>
    </w:p>
    <w:p>
      <w:pPr>
        <w:keepNext/>
        <w:keepLines/>
        <w:widowControl/>
      </w:pPr>
      <w:r>
        <w:t>I am resigning from my position as [Job title] for personal health reasons. I propose [date] as my final working day and would like to discuss the practical arrangements privately. I do not wish to include medical details in this email. Thank you for your understanding; I will provide the handover information I am able to prepare.</w:t>
      </w:r>
    </w:p>
    <w:p>
      <w:pPr>
        <w:keepNext/>
        <w:keepLines/>
        <w:widowControl/>
      </w:pPr>
      <w:r>
        <w:t>Regards,</w:t>
      </w:r>
    </w:p>
    <w:p>
      <w:pPr>
        <w:keepLines/>
        <w:widowControl/>
      </w:pPr>
      <w:r>
        <w:t>[Your name]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