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WELCOME / REGISTER</w:t>
      </w:r>
    </w:p>
    <w:p>
      <w:pPr>
        <w:pStyle w:val="Title"/>
      </w:pPr>
      <w:r>
        <w:t>Course Enrollment Form</w:t>
      </w:r>
    </w:p>
    <w:p>
      <w:r>
        <w:t>Organization: [Enter name]    |    Reference: [Enter reference]</w:t>
      </w:r>
    </w:p>
    <w:p>
      <w:r>
        <w:t>Complete the fields below. Replace bracketed prompts and remove sections that do not apply.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</w:tcPr>
          <w:p>
            <w:r>
              <w:t>Course / level</w:t>
            </w:r>
          </w:p>
        </w:tc>
        <w:tc>
          <w:tcPr>
            <w:tcW w:type="dxa" w:w="5112"/>
          </w:tcPr>
          <w:p>
            <w:r>
              <w:t>[Enter details]</w:t>
            </w:r>
          </w:p>
        </w:tc>
      </w:tr>
      <w:tr>
        <w:tc>
          <w:tcPr>
            <w:tcW w:type="dxa" w:w="5112"/>
          </w:tcPr>
          <w:p>
            <w:r>
              <w:t>Preferred start date</w:t>
            </w:r>
          </w:p>
        </w:tc>
        <w:tc>
          <w:tcPr>
            <w:tcW w:type="dxa" w:w="5112"/>
          </w:tcPr>
          <w:p>
            <w:r>
              <w:t>[Enter details]</w:t>
            </w:r>
          </w:p>
        </w:tc>
      </w:tr>
      <w:tr>
        <w:tc>
          <w:tcPr>
            <w:tcW w:type="dxa" w:w="5112"/>
          </w:tcPr>
          <w:p>
            <w:r>
              <w:t>Learner name</w:t>
            </w:r>
          </w:p>
        </w:tc>
        <w:tc>
          <w:tcPr>
            <w:tcW w:type="dxa" w:w="5112"/>
          </w:tcPr>
          <w:p>
            <w:r>
              <w:t>[Enter details]</w:t>
            </w:r>
          </w:p>
        </w:tc>
      </w:tr>
      <w:tr>
        <w:tc>
          <w:tcPr>
            <w:tcW w:type="dxa" w:w="5112"/>
          </w:tcPr>
          <w:p>
            <w:r>
              <w:t>Contact email or phone</w:t>
            </w:r>
          </w:p>
        </w:tc>
        <w:tc>
          <w:tcPr>
            <w:tcW w:type="dxa" w:w="5112"/>
          </w:tcPr>
          <w:p>
            <w:r>
              <w:t>[Enter details]</w:t>
            </w:r>
          </w:p>
        </w:tc>
      </w:tr>
      <w:tr>
        <w:tc>
          <w:tcPr>
            <w:tcW w:type="dxa" w:w="5112"/>
          </w:tcPr>
          <w:p>
            <w:r>
              <w:t>Relevant prior learning</w:t>
            </w:r>
          </w:p>
        </w:tc>
        <w:tc>
          <w:tcPr>
            <w:tcW w:type="dxa" w:w="5112"/>
          </w:tcPr>
          <w:p>
            <w:r>
              <w:t>[Enter details]</w:t>
            </w:r>
          </w:p>
        </w:tc>
      </w:tr>
      <w:tr>
        <w:tc>
          <w:tcPr>
            <w:tcW w:type="dxa" w:w="5112"/>
          </w:tcPr>
          <w:p>
            <w:r>
              <w:t>Session preference</w:t>
            </w:r>
          </w:p>
        </w:tc>
        <w:tc>
          <w:tcPr>
            <w:tcW w:type="dxa" w:w="5112"/>
          </w:tcPr>
          <w:p>
            <w:r>
              <w:t>[Enter details]</w:t>
            </w:r>
          </w:p>
        </w:tc>
      </w:tr>
      <w:tr>
        <w:tc>
          <w:tcPr>
            <w:tcW w:type="dxa" w:w="5112"/>
          </w:tcPr>
          <w:p>
            <w:r>
              <w:t>Organizer contact</w:t>
            </w:r>
          </w:p>
        </w:tc>
        <w:tc>
          <w:tcPr>
            <w:tcW w:type="dxa" w:w="5112"/>
          </w:tcPr>
          <w:p>
            <w:r>
              <w:t>[Enter details]</w:t>
            </w:r>
          </w:p>
        </w:tc>
      </w:tr>
    </w:tbl>
    <w:p>
      <w:pPr>
        <w:pStyle w:val="Heading2"/>
      </w:pPr>
      <w:r>
        <w:t>Participant acknowledgement</w:t>
      </w:r>
    </w:p>
    <w:p>
      <w:r>
        <w:t>[Insert the actual attendance or enrollment terms and a brief explanation of how submitted information will be used.]</w:t>
      </w:r>
    </w:p>
    <w:p>
      <w:r>
        <w:t>Name / signature: ____________________    Date: ____________________</w:t>
      </w:r>
    </w:p>
    <w:p>
      <w:r>
        <w:t>Optional marketing messages: [ ] Yes  [ ] No. Registration does not require opting in.</w:t>
      </w:r>
    </w:p>
    <w:sectPr w:rsidR="00FC693F" w:rsidRPr="0006063C" w:rsidSect="00034616"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