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Partnership and Follow Up Proposal Emails</w:t>
      </w:r>
    </w:p>
    <w:p>
      <w:r>
        <w:t>Ten editable samples for different situations. Replace bracketed details and review the message before copying it into your email application.</w:t>
      </w:r>
    </w:p>
    <w:p>
      <w:pPr>
        <w:pStyle w:val="Heading2"/>
        <w:keepNext/>
        <w:keepLines/>
        <w:widowControl/>
      </w:pPr>
      <w:r>
        <w:t>11 Partnership introduction</w:t>
      </w:r>
    </w:p>
    <w:p>
      <w:pPr>
        <w:keepNext/>
        <w:keepLines/>
        <w:widowControl/>
      </w:pPr>
      <w:r>
        <w:rPr>
          <w:b/>
        </w:rPr>
        <w:t xml:space="preserve">Subject: </w:t>
      </w:r>
      <w:r>
        <w:t>A possible collaboration on [Topic]</w:t>
      </w:r>
    </w:p>
    <w:p>
      <w:pPr>
        <w:keepNext/>
        <w:keepLines/>
        <w:widowControl/>
      </w:pPr>
      <w:r>
        <w:t>Dear [Name],</w:t>
      </w:r>
    </w:p>
    <w:p>
      <w:pPr>
        <w:keepNext/>
        <w:keepLines/>
        <w:widowControl/>
      </w:pPr>
      <w:r>
        <w:t>I am contacting you because [specific relevant connection]. I believe there may be a useful opportunity for our organizations to collaborate on [defined idea]. Our contribution could be [resource], while the potential shared outcome is [realistic goal]. This is an initial suggestion rather than a finalized arrangement. Would a brief conversation be useful to explore whether there is a fit?</w:t>
      </w:r>
    </w:p>
    <w:p>
      <w:pPr>
        <w:keepNext/>
        <w:keepLines/>
        <w:widowControl/>
      </w:pPr>
      <w:r>
        <w:t>Best regards,</w:t>
      </w:r>
    </w:p>
    <w:p>
      <w:pPr>
        <w:keepLines/>
        <w:widowControl/>
      </w:pPr>
      <w:r>
        <w:t>[Your name]</w:t>
      </w:r>
    </w:p>
    <w:p>
      <w:pPr>
        <w:pStyle w:val="Heading2"/>
        <w:keepNext/>
        <w:keepLines/>
        <w:widowControl/>
      </w:pPr>
      <w:r>
        <w:t>12 Pilot project</w:t>
      </w:r>
    </w:p>
    <w:p>
      <w:pPr>
        <w:keepNext/>
        <w:keepLines/>
        <w:widowControl/>
      </w:pPr>
      <w:r>
        <w:rPr>
          <w:b/>
        </w:rPr>
        <w:t xml:space="preserve">Subject: </w:t>
      </w:r>
      <w:r>
        <w:t>Proposal for a limited [Project] pilot</w:t>
      </w:r>
    </w:p>
    <w:p>
      <w:pPr>
        <w:keepNext/>
        <w:keepLines/>
        <w:widowControl/>
      </w:pPr>
      <w:r>
        <w:t>Hi [Name],</w:t>
      </w:r>
    </w:p>
    <w:p>
      <w:pPr>
        <w:keepNext/>
        <w:keepLines/>
        <w:widowControl/>
      </w:pPr>
      <w:r>
        <w:t>To test the approach before committing to a larger rollout, I suggest a [duration] pilot covering [limited scope]. We would agree [measures] in advance and review the results together at the end. The proposed cost and responsibilities are in [document]. Please let me know whether this smaller starting point would help your team evaluate the idea.</w:t>
      </w:r>
    </w:p>
    <w:p>
      <w:pPr>
        <w:keepNext/>
        <w:keepLines/>
        <w:widowControl/>
      </w:pPr>
      <w:r>
        <w:t>Best,</w:t>
      </w:r>
    </w:p>
    <w:p>
      <w:pPr>
        <w:keepLines/>
        <w:widowControl/>
      </w:pPr>
      <w:r>
        <w:t>[Your name]</w:t>
      </w:r>
    </w:p>
    <w:p>
      <w:pPr>
        <w:pStyle w:val="Heading2"/>
        <w:keepNext/>
        <w:keepLines/>
        <w:widowControl/>
      </w:pPr>
      <w:r>
        <w:t>13 Retainer</w:t>
      </w:r>
    </w:p>
    <w:p>
      <w:pPr>
        <w:keepNext/>
        <w:keepLines/>
        <w:widowControl/>
      </w:pPr>
      <w:r>
        <w:rPr>
          <w:b/>
        </w:rPr>
        <w:t xml:space="preserve">Subject: </w:t>
      </w:r>
      <w:r>
        <w:t>Monthly support proposal for [Business]</w:t>
      </w:r>
    </w:p>
    <w:p>
      <w:pPr>
        <w:keepNext/>
        <w:keepLines/>
        <w:widowControl/>
      </w:pPr>
      <w:r>
        <w:t>Dear [Name],</w:t>
      </w:r>
    </w:p>
    <w:p>
      <w:pPr>
        <w:keepNext/>
        <w:keepLines/>
        <w:widowControl/>
      </w:pPr>
      <w:r>
        <w:t>I propose a monthly support arrangement for [services], with [capacity or deliverables] included in each period. Requests outside that allowance would be discussed and quoted separately. The proposal explains response arrangements, reporting and the suggested review date. Could you review the included work and tell me whether it matches the volume and type of support you expect?</w:t>
      </w:r>
    </w:p>
    <w:p>
      <w:pPr>
        <w:keepNext/>
        <w:keepLines/>
        <w:widowControl/>
      </w:pPr>
      <w:r>
        <w:t>Regards,</w:t>
      </w:r>
    </w:p>
    <w:p>
      <w:pPr>
        <w:keepLines/>
        <w:widowControl/>
      </w:pPr>
      <w:r>
        <w:t>[Your name]</w:t>
      </w:r>
    </w:p>
    <w:p>
      <w:pPr>
        <w:pStyle w:val="Heading2"/>
        <w:keepNext/>
        <w:keepLines/>
        <w:widowControl/>
      </w:pPr>
      <w:r>
        <w:t>14 Renewal</w:t>
      </w:r>
    </w:p>
    <w:p>
      <w:pPr>
        <w:keepNext/>
        <w:keepLines/>
        <w:widowControl/>
      </w:pPr>
      <w:r>
        <w:rPr>
          <w:b/>
        </w:rPr>
        <w:t xml:space="preserve">Subject: </w:t>
      </w:r>
      <w:r>
        <w:t>Proposed renewal of [Service]</w:t>
      </w:r>
    </w:p>
    <w:p>
      <w:pPr>
        <w:keepNext/>
        <w:keepLines/>
        <w:widowControl/>
      </w:pPr>
      <w:r>
        <w:t>Dear [Name],</w:t>
      </w:r>
    </w:p>
    <w:p>
      <w:pPr>
        <w:keepNext/>
        <w:keepLines/>
        <w:widowControl/>
      </w:pPr>
      <w:r>
        <w:t>Our current arrangement for [service] ends on [date]. I have attached a renewal proposal covering [scope] for [period], including [specific change or unchanged provision]. Please review the proposed fee and service details before deciding whether to renew. I would be happy to discuss your priorities and any adjustments needed for the next period.</w:t>
      </w:r>
    </w:p>
    <w:p>
      <w:pPr>
        <w:keepNext/>
        <w:keepLines/>
        <w:widowControl/>
      </w:pPr>
      <w:r>
        <w:t>Kind regards,</w:t>
      </w:r>
    </w:p>
    <w:p>
      <w:pPr>
        <w:keepLines/>
        <w:widowControl/>
      </w:pPr>
      <w:r>
        <w:t>[Your name]</w:t>
      </w:r>
    </w:p>
    <w:p>
      <w:pPr>
        <w:pStyle w:val="Heading2"/>
        <w:keepNext/>
        <w:keepLines/>
        <w:widowControl/>
      </w:pPr>
      <w:r>
        <w:t>15 Scope change</w:t>
      </w:r>
    </w:p>
    <w:p>
      <w:pPr>
        <w:keepNext/>
        <w:keepLines/>
        <w:widowControl/>
      </w:pPr>
      <w:r>
        <w:rPr>
          <w:b/>
        </w:rPr>
        <w:t xml:space="preserve">Subject: </w:t>
      </w:r>
      <w:r>
        <w:t>Proposed change to [Project] scope</w:t>
      </w:r>
    </w:p>
    <w:p>
      <w:pPr>
        <w:keepNext/>
        <w:keepLines/>
        <w:widowControl/>
      </w:pPr>
      <w:r>
        <w:t>Hi [Name],</w:t>
      </w:r>
    </w:p>
    <w:p>
      <w:pPr>
        <w:keepNext/>
        <w:keepLines/>
        <w:widowControl/>
      </w:pPr>
      <w:r>
        <w:t>Your request to add [new work] would change the agreed scope for [project]. I propose including it with an additional [fee or time allowance], moving the target date to [date] if approved. The original work remains described in [reference]. Please confirm whether you would like to approve this change or discuss another option before the additional work begins.</w:t>
      </w:r>
    </w:p>
    <w:p>
      <w:pPr>
        <w:keepNext/>
        <w:keepLines/>
        <w:widowControl/>
      </w:pPr>
      <w:r>
        <w:t>Best,</w:t>
      </w:r>
    </w:p>
    <w:p>
      <w:pPr>
        <w:keepLines/>
        <w:widowControl/>
      </w:pPr>
      <w:r>
        <w:t>[Your name]</w:t>
      </w:r>
    </w:p>
    <w:p>
      <w:pPr>
        <w:pStyle w:val="Heading2"/>
        <w:keepNext/>
        <w:keepLines/>
        <w:widowControl/>
      </w:pPr>
      <w:r>
        <w:t>16 Revised budget</w:t>
      </w:r>
    </w:p>
    <w:p>
      <w:pPr>
        <w:keepNext/>
        <w:keepLines/>
        <w:widowControl/>
      </w:pPr>
      <w:r>
        <w:rPr>
          <w:b/>
        </w:rPr>
        <w:t xml:space="preserve">Subject: </w:t>
      </w:r>
      <w:r>
        <w:t>Revised proposal within [Budget]</w:t>
      </w:r>
    </w:p>
    <w:p>
      <w:pPr>
        <w:keepNext/>
        <w:keepLines/>
        <w:widowControl/>
      </w:pPr>
      <w:r>
        <w:t>Dear [Name],</w:t>
      </w:r>
    </w:p>
    <w:p>
      <w:pPr>
        <w:keepNext/>
        <w:keepLines/>
        <w:widowControl/>
      </w:pPr>
      <w:r>
        <w:t>Thank you for explaining the available budget. I have revised the proposal to prioritize [essential work] and remove [deferred work]. The updated fee is [amount], with the deliverables and assumptions listed in [attachment]. Please review the changes carefully so we can confirm that the reduced scope still addresses your immediate need.</w:t>
      </w:r>
    </w:p>
    <w:p>
      <w:pPr>
        <w:keepNext/>
        <w:keepLines/>
        <w:widowControl/>
      </w:pPr>
      <w:r>
        <w:t>Regards,</w:t>
      </w:r>
    </w:p>
    <w:p>
      <w:pPr>
        <w:keepLines/>
        <w:widowControl/>
      </w:pPr>
      <w:r>
        <w:t>[Your name]</w:t>
      </w:r>
    </w:p>
    <w:p>
      <w:pPr>
        <w:pStyle w:val="Heading2"/>
        <w:keepNext/>
        <w:keepLines/>
        <w:widowControl/>
      </w:pPr>
      <w:r>
        <w:t>17 Follow-up</w:t>
      </w:r>
    </w:p>
    <w:p>
      <w:pPr>
        <w:keepNext/>
        <w:keepLines/>
        <w:widowControl/>
      </w:pPr>
      <w:r>
        <w:rPr>
          <w:b/>
        </w:rPr>
        <w:t xml:space="preserve">Subject: </w:t>
      </w:r>
      <w:r>
        <w:t>Follow-up on the [Project] proposal</w:t>
      </w:r>
    </w:p>
    <w:p>
      <w:pPr>
        <w:keepNext/>
        <w:keepLines/>
        <w:widowControl/>
      </w:pPr>
      <w:r>
        <w:t>Hi [Name],</w:t>
      </w:r>
    </w:p>
    <w:p>
      <w:pPr>
        <w:keepNext/>
        <w:keepLines/>
        <w:widowControl/>
      </w:pPr>
      <w:r>
        <w:t>I am following up on the proposal sent on [date] for [project]. Have you had a chance to review the scope and suggested schedule? If the timing or priorities have changed, I would appreciate an update so I can plan accordingly. I am happy to answer questions or arrange a short discussion if that would be useful.</w:t>
      </w:r>
    </w:p>
    <w:p>
      <w:pPr>
        <w:keepNext/>
        <w:keepLines/>
        <w:widowControl/>
      </w:pPr>
      <w:r>
        <w:t>Best,</w:t>
      </w:r>
    </w:p>
    <w:p>
      <w:pPr>
        <w:keepLines/>
        <w:widowControl/>
      </w:pPr>
      <w:r>
        <w:t>[Your name]</w:t>
      </w:r>
    </w:p>
    <w:p>
      <w:pPr>
        <w:pStyle w:val="Heading2"/>
        <w:keepNext/>
        <w:keepLines/>
        <w:widowControl/>
      </w:pPr>
      <w:r>
        <w:t>18 Clarification</w:t>
      </w:r>
    </w:p>
    <w:p>
      <w:pPr>
        <w:keepNext/>
        <w:keepLines/>
        <w:widowControl/>
      </w:pPr>
      <w:r>
        <w:rPr>
          <w:b/>
        </w:rPr>
        <w:t xml:space="preserve">Subject: </w:t>
      </w:r>
      <w:r>
        <w:t>Clarification on [Proposal item]</w:t>
      </w:r>
    </w:p>
    <w:p>
      <w:pPr>
        <w:keepNext/>
        <w:keepLines/>
        <w:widowControl/>
      </w:pPr>
      <w:r>
        <w:t>Dear [Name],</w:t>
      </w:r>
    </w:p>
    <w:p>
      <w:pPr>
        <w:keepNext/>
        <w:keepLines/>
        <w:widowControl/>
      </w:pPr>
      <w:r>
        <w:t>Thank you for your question about [item]. The proposed scope includes [specific inclusion] and does not include [specific exclusion]. I have updated [section] to make that distinction clearer. Please let me know whether the revised wording matches your understanding before we move toward approval. The other assumptions remain as stated in the proposal.</w:t>
      </w:r>
    </w:p>
    <w:p>
      <w:pPr>
        <w:keepNext/>
        <w:keepLines/>
        <w:widowControl/>
      </w:pPr>
      <w:r>
        <w:t>Kind regards,</w:t>
      </w:r>
    </w:p>
    <w:p>
      <w:pPr>
        <w:keepLines/>
        <w:widowControl/>
      </w:pPr>
      <w:r>
        <w:t>[Your name]</w:t>
      </w:r>
    </w:p>
    <w:p>
      <w:pPr>
        <w:pStyle w:val="Heading2"/>
        <w:keepNext/>
        <w:keepLines/>
        <w:widowControl/>
      </w:pPr>
      <w:r>
        <w:t>19 Approval request</w:t>
      </w:r>
    </w:p>
    <w:p>
      <w:pPr>
        <w:keepNext/>
        <w:keepLines/>
        <w:widowControl/>
      </w:pPr>
      <w:r>
        <w:rPr>
          <w:b/>
        </w:rPr>
        <w:t xml:space="preserve">Subject: </w:t>
      </w:r>
      <w:r>
        <w:t>Request to approve the [Project] proposal</w:t>
      </w:r>
    </w:p>
    <w:p>
      <w:pPr>
        <w:keepNext/>
        <w:keepLines/>
        <w:widowControl/>
      </w:pPr>
      <w:r>
        <w:t>Dear [Name],</w:t>
      </w:r>
    </w:p>
    <w:p>
      <w:pPr>
        <w:keepNext/>
        <w:keepLines/>
        <w:widowControl/>
      </w:pPr>
      <w:r>
        <w:t>We have incorporated the changes discussed on [date] into the proposal for [project]. Please review the final scope, fee and schedule in [document]. If these reflect your understanding, please confirm through [agreed approval process] by [date]. We will arrange the start once the required approval and any agreed prerequisites are complete.</w:t>
      </w:r>
    </w:p>
    <w:p>
      <w:pPr>
        <w:keepNext/>
        <w:keepLines/>
        <w:widowControl/>
      </w:pPr>
      <w:r>
        <w:t>Regards,</w:t>
      </w:r>
    </w:p>
    <w:p>
      <w:pPr>
        <w:keepLines/>
        <w:widowControl/>
      </w:pPr>
      <w:r>
        <w:t>[Your name]</w:t>
      </w:r>
    </w:p>
    <w:p>
      <w:pPr>
        <w:pStyle w:val="Heading2"/>
        <w:keepNext/>
        <w:keepLines/>
        <w:widowControl/>
      </w:pPr>
      <w:r>
        <w:t>20 Paused opportunity</w:t>
      </w:r>
    </w:p>
    <w:p>
      <w:pPr>
        <w:keepNext/>
        <w:keepLines/>
        <w:widowControl/>
      </w:pPr>
      <w:r>
        <w:rPr>
          <w:b/>
        </w:rPr>
        <w:t xml:space="preserve">Subject: </w:t>
      </w:r>
      <w:r>
        <w:t>Checking the timing of [Project]</w:t>
      </w:r>
    </w:p>
    <w:p>
      <w:pPr>
        <w:keepNext/>
        <w:keepLines/>
        <w:widowControl/>
      </w:pPr>
      <w:r>
        <w:t>Hi [Name],</w:t>
      </w:r>
    </w:p>
    <w:p>
      <w:pPr>
        <w:keepNext/>
        <w:keepLines/>
        <w:widowControl/>
      </w:pPr>
      <w:r>
        <w:t>When we last spoke, [project] was on hold while your team reviewed [priority]. I am checking whether it would be useful to revisit the proposal now or at a later date. The earlier schedule and pricing would need to be reconfirmed before proceeding. Please let me know your preferred timing, including if the opportunity is no longer being considered.</w:t>
      </w:r>
    </w:p>
    <w:p>
      <w:pPr>
        <w:keepNext/>
        <w:keepLines/>
        <w:widowControl/>
      </w:pPr>
      <w:r>
        <w:t>Best,</w:t>
      </w:r>
    </w:p>
    <w:p>
      <w:pPr>
        <w:keepLines/>
        <w:widowControl/>
      </w:pPr>
      <w:r>
        <w:t>[Your name]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