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Service Proposal Emails</w:t>
      </w:r>
    </w:p>
    <w:p>
      <w:r>
        <w:t>Ten editable samples for different situations. Replace bracketed details and review the message before copying it into your email application.</w:t>
      </w:r>
    </w:p>
    <w:p>
      <w:pPr>
        <w:pStyle w:val="Heading2"/>
        <w:keepNext/>
        <w:keepLines/>
        <w:widowControl/>
      </w:pPr>
      <w:r>
        <w:t>1 Requested service proposal</w:t>
      </w:r>
    </w:p>
    <w:p>
      <w:pPr>
        <w:keepNext/>
        <w:keepLines/>
        <w:widowControl/>
      </w:pPr>
      <w:r>
        <w:rPr>
          <w:b/>
        </w:rPr>
        <w:t xml:space="preserve">Subject: </w:t>
      </w:r>
      <w:r>
        <w:t>Proposal for [Project name]</w:t>
      </w:r>
    </w:p>
    <w:p>
      <w:pPr>
        <w:keepNext/>
        <w:keepLines/>
        <w:widowControl/>
      </w:pPr>
      <w:r>
        <w:t>Dear [Name],</w:t>
      </w:r>
    </w:p>
    <w:p>
      <w:pPr>
        <w:keepNext/>
        <w:keepLines/>
        <w:widowControl/>
      </w:pPr>
      <w:r>
        <w:t>Thank you for explaining your requirements for [project]. I propose [specific service] to address [need], with [deliverables] provided by [target date]. The proposed fee is [amount and currency], subject to the scope in [attachment]. Would you be available on [date] to review the assumptions and confirm whether this approach fits your priorities?</w:t>
      </w:r>
    </w:p>
    <w:p>
      <w:pPr>
        <w:keepNext/>
        <w:keepLines/>
        <w:widowControl/>
      </w:pPr>
      <w:r>
        <w:t>Kind regards,</w:t>
      </w:r>
    </w:p>
    <w:p>
      <w:pPr>
        <w:keepLines/>
        <w:widowControl/>
      </w:pPr>
      <w:r>
        <w:t>[Your name]</w:t>
      </w:r>
    </w:p>
    <w:p>
      <w:pPr>
        <w:pStyle w:val="Heading2"/>
        <w:keepNext/>
        <w:keepLines/>
        <w:widowControl/>
      </w:pPr>
      <w:r>
        <w:t>2 Following a discovery call</w:t>
      </w:r>
    </w:p>
    <w:p>
      <w:pPr>
        <w:keepNext/>
        <w:keepLines/>
        <w:widowControl/>
      </w:pPr>
      <w:r>
        <w:rPr>
          <w:b/>
        </w:rPr>
        <w:t xml:space="preserve">Subject: </w:t>
      </w:r>
      <w:r>
        <w:t>Next steps for [Project]</w:t>
      </w:r>
    </w:p>
    <w:p>
      <w:pPr>
        <w:keepNext/>
        <w:keepLines/>
        <w:widowControl/>
      </w:pPr>
      <w:r>
        <w:t>Hi [Name],</w:t>
      </w:r>
    </w:p>
    <w:p>
      <w:pPr>
        <w:keepNext/>
        <w:keepLines/>
        <w:widowControl/>
      </w:pPr>
      <w:r>
        <w:t>Following our conversation on [date], I have outlined an approach to [objective]. The first stage would cover [work], followed by [second stage] once you approve the initial direction. I have included the proposed schedule and fee in [document]. Please let me know which assumptions need adjusting before we finalize the scope.</w:t>
      </w:r>
    </w:p>
    <w:p>
      <w:pPr>
        <w:keepNext/>
        <w:keepLines/>
        <w:widowControl/>
      </w:pPr>
      <w:r>
        <w:t>Best,</w:t>
      </w:r>
    </w:p>
    <w:p>
      <w:pPr>
        <w:keepLines/>
        <w:widowControl/>
      </w:pPr>
      <w:r>
        <w:t>[Your name]</w:t>
      </w:r>
    </w:p>
    <w:p>
      <w:pPr>
        <w:pStyle w:val="Heading2"/>
        <w:keepNext/>
        <w:keepLines/>
        <w:widowControl/>
      </w:pPr>
      <w:r>
        <w:t>3 Website project</w:t>
      </w:r>
    </w:p>
    <w:p>
      <w:pPr>
        <w:keepNext/>
        <w:keepLines/>
        <w:widowControl/>
      </w:pPr>
      <w:r>
        <w:rPr>
          <w:b/>
        </w:rPr>
        <w:t xml:space="preserve">Subject: </w:t>
      </w:r>
      <w:r>
        <w:t>Website proposal for [Business]</w:t>
      </w:r>
    </w:p>
    <w:p>
      <w:pPr>
        <w:keepNext/>
        <w:keepLines/>
        <w:widowControl/>
      </w:pPr>
      <w:r>
        <w:t>Dear [Name],</w:t>
      </w:r>
    </w:p>
    <w:p>
      <w:pPr>
        <w:keepNext/>
        <w:keepLines/>
        <w:widowControl/>
      </w:pPr>
      <w:r>
        <w:t>I propose creating [number] pages for [Business], covering [key sections]. The scope includes [specific work] and excludes [important exclusion]. We would need your approved text and images by [date] to meet the proposed launch window. The attached proposal explains the fee and review stages. Could we review it together on [date]?</w:t>
      </w:r>
    </w:p>
    <w:p>
      <w:pPr>
        <w:keepNext/>
        <w:keepLines/>
        <w:widowControl/>
      </w:pPr>
      <w:r>
        <w:t>Regards,</w:t>
      </w:r>
    </w:p>
    <w:p>
      <w:pPr>
        <w:keepLines/>
        <w:widowControl/>
      </w:pPr>
      <w:r>
        <w:t>[Your name]</w:t>
      </w:r>
    </w:p>
    <w:p>
      <w:pPr>
        <w:pStyle w:val="Heading2"/>
        <w:keepNext/>
        <w:keepLines/>
        <w:widowControl/>
      </w:pPr>
      <w:r>
        <w:t>4 Design assignment</w:t>
      </w:r>
    </w:p>
    <w:p>
      <w:pPr>
        <w:keepNext/>
        <w:keepLines/>
        <w:widowControl/>
      </w:pPr>
      <w:r>
        <w:rPr>
          <w:b/>
        </w:rPr>
        <w:t xml:space="preserve">Subject: </w:t>
      </w:r>
      <w:r>
        <w:t>Design proposal for [Campaign]</w:t>
      </w:r>
    </w:p>
    <w:p>
      <w:pPr>
        <w:keepNext/>
        <w:keepLines/>
        <w:widowControl/>
      </w:pPr>
      <w:r>
        <w:t>Hi [Name],</w:t>
      </w:r>
    </w:p>
    <w:p>
      <w:pPr>
        <w:keepNext/>
        <w:keepLines/>
        <w:widowControl/>
      </w:pPr>
      <w:r>
        <w:t>Based on your brief, I suggest developing [design deliverables] for [campaign]. The work would include [number] initial concepts and [number] agreed revision rounds. I have set out the file formats, schedule and proposed fee in [attachment]. Please confirm whether the listed outputs cover your intended print and digital uses before we proceed.</w:t>
      </w:r>
    </w:p>
    <w:p>
      <w:pPr>
        <w:keepNext/>
        <w:keepLines/>
        <w:widowControl/>
      </w:pPr>
      <w:r>
        <w:t>Best,</w:t>
      </w:r>
    </w:p>
    <w:p>
      <w:pPr>
        <w:keepLines/>
        <w:widowControl/>
      </w:pPr>
      <w:r>
        <w:t>[Your name]</w:t>
      </w:r>
    </w:p>
    <w:p>
      <w:pPr>
        <w:pStyle w:val="Heading2"/>
        <w:keepNext/>
        <w:keepLines/>
        <w:widowControl/>
      </w:pPr>
      <w:r>
        <w:t>5 Consulting engagement</w:t>
      </w:r>
    </w:p>
    <w:p>
      <w:pPr>
        <w:keepNext/>
        <w:keepLines/>
        <w:widowControl/>
      </w:pPr>
      <w:r>
        <w:rPr>
          <w:b/>
        </w:rPr>
        <w:t xml:space="preserve">Subject: </w:t>
      </w:r>
      <w:r>
        <w:t>Proposed support for [Business issue]</w:t>
      </w:r>
    </w:p>
    <w:p>
      <w:pPr>
        <w:keepNext/>
        <w:keepLines/>
        <w:widowControl/>
      </w:pPr>
      <w:r>
        <w:t>Dear [Name],</w:t>
      </w:r>
    </w:p>
    <w:p>
      <w:pPr>
        <w:keepNext/>
        <w:keepLines/>
        <w:widowControl/>
      </w:pPr>
      <w:r>
        <w:t>I propose a short consulting engagement focused on [defined issue]. We would begin with [discovery activity], review [information] and deliver [recommendation or plan]. The engagement would not include implementation unless separately agreed. The attached scope explains the proposed hours and fee. Would a discussion in [period] help you assess whether the work is appropriate?</w:t>
      </w:r>
    </w:p>
    <w:p>
      <w:pPr>
        <w:keepNext/>
        <w:keepLines/>
        <w:widowControl/>
      </w:pPr>
      <w:r>
        <w:t>Kind regards,</w:t>
      </w:r>
    </w:p>
    <w:p>
      <w:pPr>
        <w:keepLines/>
        <w:widowControl/>
      </w:pPr>
      <w:r>
        <w:t>[Your name]</w:t>
      </w:r>
    </w:p>
    <w:p>
      <w:pPr>
        <w:pStyle w:val="Heading2"/>
        <w:keepNext/>
        <w:keepLines/>
        <w:widowControl/>
      </w:pPr>
      <w:r>
        <w:t>6 Training workshop</w:t>
      </w:r>
    </w:p>
    <w:p>
      <w:pPr>
        <w:keepNext/>
        <w:keepLines/>
        <w:widowControl/>
      </w:pPr>
      <w:r>
        <w:rPr>
          <w:b/>
        </w:rPr>
        <w:t xml:space="preserve">Subject: </w:t>
      </w:r>
      <w:r>
        <w:t>Workshop proposal for [Team]</w:t>
      </w:r>
    </w:p>
    <w:p>
      <w:pPr>
        <w:keepNext/>
        <w:keepLines/>
        <w:widowControl/>
      </w:pPr>
      <w:r>
        <w:t>Dear [Name],</w:t>
      </w:r>
    </w:p>
    <w:p>
      <w:pPr>
        <w:keepNext/>
        <w:keepLines/>
        <w:widowControl/>
      </w:pPr>
      <w:r>
        <w:t>I would like to propose a [duration] workshop on [topic] for [audience]. Participants would work through [activities] and leave with [practical output]. The proposed session assumes [group size] and [delivery format]. I have included the preparation requirements, fee and available dates in [document]. Please share any access or scheduling requirements before we confirm arrangements.</w:t>
      </w:r>
    </w:p>
    <w:p>
      <w:pPr>
        <w:keepNext/>
        <w:keepLines/>
        <w:widowControl/>
      </w:pPr>
      <w:r>
        <w:t>Best wishes,</w:t>
      </w:r>
    </w:p>
    <w:p>
      <w:pPr>
        <w:keepLines/>
        <w:widowControl/>
      </w:pPr>
      <w:r>
        <w:t>[Your name]</w:t>
      </w:r>
    </w:p>
    <w:p>
      <w:pPr>
        <w:pStyle w:val="Heading2"/>
        <w:keepNext/>
        <w:keepLines/>
        <w:widowControl/>
      </w:pPr>
      <w:r>
        <w:t>7 Photography service</w:t>
      </w:r>
    </w:p>
    <w:p>
      <w:pPr>
        <w:keepNext/>
        <w:keepLines/>
        <w:widowControl/>
      </w:pPr>
      <w:r>
        <w:rPr>
          <w:b/>
        </w:rPr>
        <w:t xml:space="preserve">Subject: </w:t>
      </w:r>
      <w:r>
        <w:t>Photography proposal for [Event]</w:t>
      </w:r>
    </w:p>
    <w:p>
      <w:pPr>
        <w:keepNext/>
        <w:keepLines/>
        <w:widowControl/>
      </w:pPr>
      <w:r>
        <w:t>Hi [Name],</w:t>
      </w:r>
    </w:p>
    <w:p>
      <w:pPr>
        <w:keepNext/>
        <w:keepLines/>
        <w:widowControl/>
      </w:pPr>
      <w:r>
        <w:t>Thank you for your inquiry about [event] on [date]. I propose [hours] of coverage, including [deliverables] with delivery by [timeframe]. The quote assumes [location and scope]; travel or additional coverage would be agreed separately. Please review [attachment] and let me know whether you would like to discuss the package before confirming a booking.</w:t>
      </w:r>
    </w:p>
    <w:p>
      <w:pPr>
        <w:keepNext/>
        <w:keepLines/>
        <w:widowControl/>
      </w:pPr>
      <w:r>
        <w:t>Best,</w:t>
      </w:r>
    </w:p>
    <w:p>
      <w:pPr>
        <w:keepLines/>
        <w:widowControl/>
      </w:pPr>
      <w:r>
        <w:t>[Your name]</w:t>
      </w:r>
    </w:p>
    <w:p>
      <w:pPr>
        <w:pStyle w:val="Heading2"/>
        <w:keepNext/>
        <w:keepLines/>
        <w:widowControl/>
      </w:pPr>
      <w:r>
        <w:t>8 Maintenance service</w:t>
      </w:r>
    </w:p>
    <w:p>
      <w:pPr>
        <w:keepNext/>
        <w:keepLines/>
        <w:widowControl/>
      </w:pPr>
      <w:r>
        <w:rPr>
          <w:b/>
        </w:rPr>
        <w:t xml:space="preserve">Subject: </w:t>
      </w:r>
      <w:r>
        <w:t>Maintenance proposal for [Location]</w:t>
      </w:r>
    </w:p>
    <w:p>
      <w:pPr>
        <w:keepNext/>
        <w:keepLines/>
        <w:widowControl/>
      </w:pPr>
      <w:r>
        <w:t>Dear [Name],</w:t>
      </w:r>
    </w:p>
    <w:p>
      <w:pPr>
        <w:keepNext/>
        <w:keepLines/>
        <w:widowControl/>
      </w:pPr>
      <w:r>
        <w:t>We propose providing [maintenance tasks] at [location] on a [frequency] schedule. The scope lists the included inspections, reporting and exclusions so your team can compare it with your requirements. The proposed fee is [amount] per [period]. Could we arrange a site review on [date] to confirm access and any conditions affecting the work?</w:t>
      </w:r>
    </w:p>
    <w:p>
      <w:pPr>
        <w:keepNext/>
        <w:keepLines/>
        <w:widowControl/>
      </w:pPr>
      <w:r>
        <w:t>Regards,</w:t>
      </w:r>
    </w:p>
    <w:p>
      <w:pPr>
        <w:keepLines/>
        <w:widowControl/>
      </w:pPr>
      <w:r>
        <w:t>[Your name]</w:t>
      </w:r>
    </w:p>
    <w:p>
      <w:pPr>
        <w:pStyle w:val="Heading2"/>
        <w:keepNext/>
        <w:keepLines/>
        <w:widowControl/>
      </w:pPr>
      <w:r>
        <w:t>9 Research assignment</w:t>
      </w:r>
    </w:p>
    <w:p>
      <w:pPr>
        <w:keepNext/>
        <w:keepLines/>
        <w:widowControl/>
      </w:pPr>
      <w:r>
        <w:rPr>
          <w:b/>
        </w:rPr>
        <w:t xml:space="preserve">Subject: </w:t>
      </w:r>
      <w:r>
        <w:t>Research proposal for [Question]</w:t>
      </w:r>
    </w:p>
    <w:p>
      <w:pPr>
        <w:keepNext/>
        <w:keepLines/>
        <w:widowControl/>
      </w:pPr>
      <w:r>
        <w:t>Dear [Name],</w:t>
      </w:r>
    </w:p>
    <w:p>
      <w:pPr>
        <w:keepNext/>
        <w:keepLines/>
        <w:widowControl/>
      </w:pPr>
      <w:r>
        <w:t>I propose a research assignment to examine [specific question] for [decision]. The work would use [agreed sources or method] and deliver [report or dataset] by [date]. The scope explains the limits of the research and the proposed fee. Please review the question and expected output so we can confirm that the findings will serve your intended use.</w:t>
      </w:r>
    </w:p>
    <w:p>
      <w:pPr>
        <w:keepNext/>
        <w:keepLines/>
        <w:widowControl/>
      </w:pPr>
      <w:r>
        <w:t>Kind regards,</w:t>
      </w:r>
    </w:p>
    <w:p>
      <w:pPr>
        <w:keepLines/>
        <w:widowControl/>
      </w:pPr>
      <w:r>
        <w:t>[Your name]</w:t>
      </w:r>
    </w:p>
    <w:p>
      <w:pPr>
        <w:pStyle w:val="Heading2"/>
        <w:keepNext/>
        <w:keepLines/>
        <w:widowControl/>
      </w:pPr>
      <w:r>
        <w:t>10 Product supply</w:t>
      </w:r>
    </w:p>
    <w:p>
      <w:pPr>
        <w:keepNext/>
        <w:keepLines/>
        <w:widowControl/>
      </w:pPr>
      <w:r>
        <w:rPr>
          <w:b/>
        </w:rPr>
        <w:t xml:space="preserve">Subject: </w:t>
      </w:r>
      <w:r>
        <w:t>Supply proposal for [Items]</w:t>
      </w:r>
    </w:p>
    <w:p>
      <w:pPr>
        <w:keepNext/>
        <w:keepLines/>
        <w:widowControl/>
      </w:pPr>
      <w:r>
        <w:t>Dear [Name],</w:t>
      </w:r>
    </w:p>
    <w:p>
      <w:pPr>
        <w:keepNext/>
        <w:keepLines/>
        <w:widowControl/>
      </w:pPr>
      <w:r>
        <w:t>In response to your request, we propose supplying [items and quantities] according to [specification]. The quote lists unit prices, the estimated delivery window and the proposed payment terms. Availability will be confirmed when the order is accepted. Please review the specification and delivery address, and let us know whether you require any changes before issuing an order.</w:t>
      </w:r>
    </w:p>
    <w:p>
      <w:pPr>
        <w:keepNext/>
        <w:keepLines/>
        <w:widowControl/>
      </w:pPr>
      <w:r>
        <w:t>Regards,</w:t>
      </w:r>
    </w:p>
    <w:p>
      <w:pPr>
        <w:keepLines/>
        <w:widowControl/>
      </w:pPr>
      <w:r>
        <w:t>[Your name]</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