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and Team New Year Emails</w:t>
      </w:r>
    </w:p>
    <w:p>
      <w:r>
        <w:t>Ten editable samples for different situations. Replace bracketed details and review the message before copying it into your email application.</w:t>
      </w:r>
    </w:p>
    <w:p>
      <w:pPr>
        <w:pStyle w:val="Heading2"/>
        <w:keepNext/>
        <w:keepLines/>
        <w:widowControl/>
      </w:pPr>
      <w:r>
        <w:t>11 Team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Thank you for the past year, [Team]</w:t>
      </w:r>
    </w:p>
    <w:p>
      <w:pPr>
        <w:keepNext/>
        <w:keepLines/>
        <w:widowControl/>
      </w:pPr>
      <w:r>
        <w:t>Hello [Team],</w:t>
      </w:r>
    </w:p>
    <w:p>
      <w:pPr>
        <w:keepNext/>
        <w:keepLines/>
        <w:widowControl/>
      </w:pPr>
      <w:r>
        <w:t>Happy New Year, and thank you for your work on [specific achievement]. Your effort helped us [factual outcome], and I appreciate the care involved. As we return, we will review the next priorities together on [date]. For now, I hope you have had some time to rest and enjoy life outside work.</w:t>
      </w:r>
    </w:p>
    <w:p>
      <w:pPr>
        <w:keepNext/>
        <w:keepLines/>
        <w:widowControl/>
      </w:pPr>
      <w:r>
        <w:t>Best,</w:t>
      </w:r>
    </w:p>
    <w:p>
      <w:pPr>
        <w:keepLines/>
        <w:widowControl/>
      </w:pPr>
      <w:r>
        <w:t>[Manager name]</w:t>
      </w:r>
    </w:p>
    <w:p>
      <w:pPr>
        <w:pStyle w:val="Heading2"/>
        <w:keepNext/>
        <w:keepLines/>
        <w:widowControl/>
      </w:pPr>
      <w:r>
        <w:t>12 Colleague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Wishing you a rewarding New Year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Happy New Year. I appreciated working with you on [project] and learning from the way you handled [specific contribution]. I hope the coming months bring interesting work and a manageable pace. I look forward to continuing our collaboration and catching up when we are both back.</w:t>
      </w:r>
    </w:p>
    <w:p>
      <w:pPr>
        <w:keepNext/>
        <w:keepLines/>
        <w:widowControl/>
      </w:pPr>
      <w:r>
        <w:t>Best wishes,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13 Manager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Best wishes for the year ahead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Wishing you a happy New Year. Thank you for your support with [specific work] during the past year. I look forward to building on what we learned and contributing to the priorities we agree for the coming months. I hope you have had a pleasant break and wish you a rewarding year ahead.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14 Client appreciation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Thank you for your trust in [Business]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Happy New Year from [Business]. Thank you for the opportunity to work with you on [project or service] during [year]. We appreciate your trust and the conversations that helped us understand your needs. We look forward to staying in touch and supporting the work we have agreed for the year ahead.</w:t>
      </w:r>
    </w:p>
    <w:p>
      <w:pPr>
        <w:keepNext/>
        <w:keepLines/>
        <w:widowControl/>
      </w:pPr>
      <w:r>
        <w:t>Warm regards,</w:t>
      </w:r>
    </w:p>
    <w:p>
      <w:pPr>
        <w:keepLines/>
        <w:widowControl/>
      </w:pPr>
      <w:r>
        <w:t>[Sender]</w:t>
      </w:r>
    </w:p>
    <w:p>
      <w:pPr>
        <w:pStyle w:val="Heading2"/>
        <w:keepNext/>
        <w:keepLines/>
        <w:widowControl/>
      </w:pPr>
      <w:r>
        <w:t>15 Customer greeting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New Year wishes from [Business]</w:t>
      </w:r>
    </w:p>
    <w:p>
      <w:pPr>
        <w:keepNext/>
        <w:keepLines/>
        <w:widowControl/>
      </w:pPr>
      <w:r>
        <w:t>Hello [Name],</w:t>
      </w:r>
    </w:p>
    <w:p>
      <w:pPr>
        <w:keepNext/>
        <w:keepLines/>
        <w:widowControl/>
      </w:pPr>
      <w:r>
        <w:t>We wish you a happy New Year and thank you for choosing [Business]. We have enjoyed serving our customers during [year] and appreciate the feedback you shared. Our current opening hours are available at [link] if you need them. No reply is needed; this is simply a note of thanks and good wishes.</w:t>
      </w:r>
    </w:p>
    <w:p>
      <w:pPr>
        <w:keepNext/>
        <w:keepLines/>
        <w:widowControl/>
      </w:pPr>
      <w:r>
        <w:t>Best,</w:t>
      </w:r>
    </w:p>
    <w:p>
      <w:pPr>
        <w:keepLines/>
        <w:widowControl/>
      </w:pPr>
      <w:r>
        <w:t>[Business]</w:t>
      </w:r>
    </w:p>
    <w:p>
      <w:pPr>
        <w:pStyle w:val="Heading2"/>
        <w:keepNext/>
        <w:keepLines/>
        <w:widowControl/>
      </w:pPr>
      <w:r>
        <w:t>16 Supplier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A New Year thank-you for our collaboration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Happy New Year. Thank you for your help with [specific supply or service] over the past year. Clear communication between our teams made a difference, particularly during [example]. We look forward to reviewing our upcoming requirements with you in [period]. Wishing you and your colleagues a positive start to the year.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17 Business partner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Looking ahead to our next shared work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Wishing you a happy New Year. We appreciated collaborating on [project] and the perspective your team brought to it. Once everyone has returned, I would welcome a conversation about [specific next topic]. For now, please accept our thanks for the past year and our good wishes for the one ahead.</w:t>
      </w:r>
    </w:p>
    <w:p>
      <w:pPr>
        <w:keepNext/>
        <w:keepLines/>
        <w:widowControl/>
      </w:pPr>
      <w:r>
        <w:t>Warm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18 Community group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New Year wishes to our members</w:t>
      </w:r>
    </w:p>
    <w:p>
      <w:pPr>
        <w:keepNext/>
        <w:keepLines/>
        <w:widowControl/>
      </w:pPr>
      <w:r>
        <w:t>Hello everyone,</w:t>
      </w:r>
    </w:p>
    <w:p>
      <w:pPr>
        <w:keepNext/>
        <w:keepLines/>
        <w:widowControl/>
      </w:pPr>
      <w:r>
        <w:t>Happy New Year, and thank you for being part of [group]. Your participation in [activity] helped make the past year worthwhile. Our first planned gathering is [date], with details to follow through [channel]. We hope the coming year brings more chances to meet, contribute and enjoy the community together.</w:t>
      </w:r>
    </w:p>
    <w:p>
      <w:pPr>
        <w:keepNext/>
        <w:keepLines/>
        <w:widowControl/>
      </w:pPr>
      <w:r>
        <w:t>Best wishes,</w:t>
      </w:r>
    </w:p>
    <w:p>
      <w:pPr>
        <w:keepLines/>
        <w:widowControl/>
      </w:pPr>
      <w:r>
        <w:t>[Organizer]</w:t>
      </w:r>
    </w:p>
    <w:p>
      <w:pPr>
        <w:pStyle w:val="Heading2"/>
        <w:keepNext/>
        <w:keepLines/>
        <w:widowControl/>
      </w:pPr>
      <w:r>
        <w:t>19 Service reopening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New Year wishes and our reopening details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Happy New Year from [Business]. We will reopen on [date] at [time], and inquiries received during the break will be answered from then. If you need to update an existing booking, please use [contact]. Thank you for your patience and support. We look forward to welcoming you again.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[Business]</w:t>
      </w:r>
    </w:p>
    <w:p>
      <w:pPr>
        <w:pStyle w:val="Heading2"/>
        <w:keepNext/>
        <w:keepLines/>
        <w:widowControl/>
      </w:pPr>
      <w:r>
        <w:t>20 Optional seasonal offer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A New Year greeting with an optional offer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Happy New Year! Thank you for your support of [Business]. If useful, [confirmed offer] is available until [date] using [code], subject to [key condition]. Full terms are at [link]. There is no need to take action to receive our good wishes; we hope the year starts well for you.</w:t>
      </w:r>
    </w:p>
    <w:p>
      <w:pPr>
        <w:keepNext/>
        <w:keepLines/>
        <w:widowControl/>
      </w:pPr>
      <w:r>
        <w:t>Best,</w:t>
      </w:r>
    </w:p>
    <w:p>
      <w:pPr>
        <w:keepLines/>
        <w:widowControl/>
      </w:pPr>
      <w:r>
        <w:t>[Business]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