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Personal New Year Emails</w:t>
      </w:r>
    </w:p>
    <w:p>
      <w:r>
        <w:t>Ten editable samples for different situations. Replace bracketed details and review the message before copying it into your email application.</w:t>
      </w:r>
    </w:p>
    <w:p>
      <w:pPr>
        <w:pStyle w:val="Heading2"/>
        <w:keepNext/>
        <w:keepLines/>
        <w:widowControl/>
      </w:pPr>
      <w:r>
        <w:t>1 Close friend</w:t>
      </w:r>
    </w:p>
    <w:p>
      <w:pPr>
        <w:keepNext/>
        <w:keepLines/>
        <w:widowControl/>
      </w:pPr>
      <w:r>
        <w:rPr>
          <w:b/>
        </w:rPr>
        <w:t xml:space="preserve">Subject: </w:t>
      </w:r>
      <w:r>
        <w:t>Wishing you a good year ahead</w:t>
      </w:r>
    </w:p>
    <w:p>
      <w:pPr>
        <w:keepNext/>
        <w:keepLines/>
        <w:widowControl/>
      </w:pPr>
      <w:r>
        <w:t>Hi [Name],</w:t>
      </w:r>
    </w:p>
    <w:p>
      <w:pPr>
        <w:keepNext/>
        <w:keepLines/>
        <w:widowControl/>
      </w:pPr>
      <w:r>
        <w:t>Happy New Year! I am glad we shared [memory] during the past year, and I hope we can make time for more moments like it. May the coming months bring things you are excited to work toward and space to enjoy everyday life. Let us catch up when the holiday rush settles.</w:t>
      </w:r>
    </w:p>
    <w:p>
      <w:pPr>
        <w:keepNext/>
        <w:keepLines/>
        <w:widowControl/>
      </w:pPr>
      <w:r>
        <w:t>Warmly,</w:t>
      </w:r>
    </w:p>
    <w:p>
      <w:pPr>
        <w:keepLines/>
        <w:widowControl/>
      </w:pPr>
      <w:r>
        <w:t>[Your name]</w:t>
      </w:r>
    </w:p>
    <w:p>
      <w:pPr>
        <w:pStyle w:val="Heading2"/>
        <w:keepNext/>
        <w:keepLines/>
        <w:widowControl/>
      </w:pPr>
      <w:r>
        <w:t>2 Family</w:t>
      </w:r>
    </w:p>
    <w:p>
      <w:pPr>
        <w:keepNext/>
        <w:keepLines/>
        <w:widowControl/>
      </w:pPr>
      <w:r>
        <w:rPr>
          <w:b/>
        </w:rPr>
        <w:t xml:space="preserve">Subject: </w:t>
      </w:r>
      <w:r>
        <w:t>New Year wishes to all of you</w:t>
      </w:r>
    </w:p>
    <w:p>
      <w:pPr>
        <w:keepNext/>
        <w:keepLines/>
        <w:widowControl/>
      </w:pPr>
      <w:r>
        <w:t>Dear [Names],</w:t>
      </w:r>
    </w:p>
    <w:p>
      <w:pPr>
        <w:keepNext/>
        <w:keepLines/>
        <w:widowControl/>
      </w:pPr>
      <w:r>
        <w:t>Wishing you all a happy New Year. Thank you for the time, kindness and laughter we shared during [year]. I hope the year ahead brings good health, peaceful days and chances to be together. We would love to arrange [visit or call] when it suits everyone. Until then, enjoy the start of the year.</w:t>
      </w:r>
    </w:p>
    <w:p>
      <w:pPr>
        <w:keepNext/>
        <w:keepLines/>
        <w:widowControl/>
      </w:pPr>
      <w:r>
        <w:t>With love,</w:t>
      </w:r>
    </w:p>
    <w:p>
      <w:pPr>
        <w:keepLines/>
        <w:widowControl/>
      </w:pPr>
      <w:r>
        <w:t>[Your name]</w:t>
      </w:r>
    </w:p>
    <w:p>
      <w:pPr>
        <w:pStyle w:val="Heading2"/>
        <w:keepNext/>
        <w:keepLines/>
        <w:widowControl/>
      </w:pPr>
      <w:r>
        <w:t>3 Partner</w:t>
      </w:r>
    </w:p>
    <w:p>
      <w:pPr>
        <w:keepNext/>
        <w:keepLines/>
        <w:widowControl/>
      </w:pPr>
      <w:r>
        <w:rPr>
          <w:b/>
        </w:rPr>
        <w:t xml:space="preserve">Subject: </w:t>
      </w:r>
      <w:r>
        <w:t>Looking forward to another year together</w:t>
      </w:r>
    </w:p>
    <w:p>
      <w:pPr>
        <w:keepNext/>
        <w:keepLines/>
        <w:widowControl/>
      </w:pPr>
      <w:r>
        <w:t>Dear [Name],</w:t>
      </w:r>
    </w:p>
    <w:p>
      <w:pPr>
        <w:keepNext/>
        <w:keepLines/>
        <w:widowControl/>
      </w:pPr>
      <w:r>
        <w:t>Happy New Year. I am grateful for the ordinary days we shared as much as the special ones, especially [memory]. In the coming year, I hope we make more room for [shared intention]. Thank you for being beside me through the changes of the past year. I look forward to what we build together next.</w:t>
      </w:r>
    </w:p>
    <w:p>
      <w:pPr>
        <w:keepNext/>
        <w:keepLines/>
        <w:widowControl/>
      </w:pPr>
      <w:r>
        <w:t>Love,</w:t>
      </w:r>
    </w:p>
    <w:p>
      <w:pPr>
        <w:keepLines/>
        <w:widowControl/>
      </w:pPr>
      <w:r>
        <w:t>[Your name]</w:t>
      </w:r>
    </w:p>
    <w:p>
      <w:pPr>
        <w:pStyle w:val="Heading2"/>
        <w:keepNext/>
        <w:keepLines/>
        <w:widowControl/>
      </w:pPr>
      <w:r>
        <w:t>4 Distant relative</w:t>
      </w:r>
    </w:p>
    <w:p>
      <w:pPr>
        <w:keepNext/>
        <w:keepLines/>
        <w:widowControl/>
      </w:pPr>
      <w:r>
        <w:rPr>
          <w:b/>
        </w:rPr>
        <w:t xml:space="preserve">Subject: </w:t>
      </w:r>
      <w:r>
        <w:t>A New Year hello from [City]</w:t>
      </w:r>
    </w:p>
    <w:p>
      <w:pPr>
        <w:keepNext/>
        <w:keepLines/>
        <w:widowControl/>
      </w:pPr>
      <w:r>
        <w:t>Dear [Name],</w:t>
      </w:r>
    </w:p>
    <w:p>
      <w:pPr>
        <w:keepNext/>
        <w:keepLines/>
        <w:widowControl/>
      </w:pPr>
      <w:r>
        <w:t>Happy New Year from [City]. We have not seen each other as often as I would have liked, but I have been thinking of you and the family. I hope the coming year treats you kindly and gives us a chance to meet. Please give my best wishes to everyone at home.</w:t>
      </w:r>
    </w:p>
    <w:p>
      <w:pPr>
        <w:keepNext/>
        <w:keepLines/>
        <w:widowControl/>
      </w:pPr>
      <w:r>
        <w:t>With affection,</w:t>
      </w:r>
    </w:p>
    <w:p>
      <w:pPr>
        <w:keepLines/>
        <w:widowControl/>
      </w:pPr>
      <w:r>
        <w:t>[Your name]</w:t>
      </w:r>
    </w:p>
    <w:p>
      <w:pPr>
        <w:pStyle w:val="Heading2"/>
        <w:keepNext/>
        <w:keepLines/>
        <w:widowControl/>
      </w:pPr>
      <w:r>
        <w:t>5 Friend after hardship</w:t>
      </w:r>
    </w:p>
    <w:p>
      <w:pPr>
        <w:keepNext/>
        <w:keepLines/>
        <w:widowControl/>
      </w:pPr>
      <w:r>
        <w:rPr>
          <w:b/>
        </w:rPr>
        <w:t xml:space="preserve">Subject: </w:t>
      </w:r>
      <w:r>
        <w:t>A quiet New Year wish</w:t>
      </w:r>
    </w:p>
    <w:p>
      <w:pPr>
        <w:keepNext/>
        <w:keepLines/>
        <w:widowControl/>
      </w:pPr>
      <w:r>
        <w:t>Dear [Name],</w:t>
      </w:r>
    </w:p>
    <w:p>
      <w:pPr>
        <w:keepNext/>
        <w:keepLines/>
        <w:widowControl/>
      </w:pPr>
      <w:r>
        <w:t>As the year changes, I am sending you warm wishes without any pressure to feel celebratory. I hope the coming months offer a little more ease and a few moments you can look forward to. You do not need to reply. If company or practical help would be useful, please know I am here.</w:t>
      </w:r>
    </w:p>
    <w:p>
      <w:pPr>
        <w:keepNext/>
        <w:keepLines/>
        <w:widowControl/>
      </w:pPr>
      <w:r>
        <w:t>With care,</w:t>
      </w:r>
    </w:p>
    <w:p>
      <w:pPr>
        <w:keepLines/>
        <w:widowControl/>
      </w:pPr>
      <w:r>
        <w:t>[Your name]</w:t>
      </w:r>
    </w:p>
    <w:p>
      <w:pPr>
        <w:pStyle w:val="Heading2"/>
        <w:keepNext/>
        <w:keepLines/>
        <w:widowControl/>
      </w:pPr>
      <w:r>
        <w:t>6 Reconnect</w:t>
      </w:r>
    </w:p>
    <w:p>
      <w:pPr>
        <w:keepNext/>
        <w:keepLines/>
        <w:widowControl/>
      </w:pPr>
      <w:r>
        <w:rPr>
          <w:b/>
        </w:rPr>
        <w:t xml:space="preserve">Subject: </w:t>
      </w:r>
      <w:r>
        <w:t>A New Year reason to get in touch</w:t>
      </w:r>
    </w:p>
    <w:p>
      <w:pPr>
        <w:keepNext/>
        <w:keepLines/>
        <w:widowControl/>
      </w:pPr>
      <w:r>
        <w:t>Hi [Name],</w:t>
      </w:r>
    </w:p>
    <w:p>
      <w:pPr>
        <w:keepNext/>
        <w:keepLines/>
        <w:widowControl/>
      </w:pPr>
      <w:r>
        <w:t>Happy New Year! It has been some time since we last spoke, and I wanted to send my good wishes. I hope things have been going well for you. I would enjoy hearing what you have been doing and sharing a few updates of my own. If you are free in [period], perhaps we could arrange a call.</w:t>
      </w:r>
    </w:p>
    <w:p>
      <w:pPr>
        <w:keepNext/>
        <w:keepLines/>
        <w:widowControl/>
      </w:pPr>
      <w:r>
        <w:t>Best,</w:t>
      </w:r>
    </w:p>
    <w:p>
      <w:pPr>
        <w:keepLines/>
        <w:widowControl/>
      </w:pPr>
      <w:r>
        <w:t>[Your name]</w:t>
      </w:r>
    </w:p>
    <w:p>
      <w:pPr>
        <w:pStyle w:val="Heading2"/>
        <w:keepNext/>
        <w:keepLines/>
        <w:widowControl/>
      </w:pPr>
      <w:r>
        <w:t>7 Neighbor</w:t>
      </w:r>
    </w:p>
    <w:p>
      <w:pPr>
        <w:keepNext/>
        <w:keepLines/>
        <w:widowControl/>
      </w:pPr>
      <w:r>
        <w:rPr>
          <w:b/>
        </w:rPr>
        <w:t xml:space="preserve">Subject: </w:t>
      </w:r>
      <w:r>
        <w:t>New Year wishes from [Household]</w:t>
      </w:r>
    </w:p>
    <w:p>
      <w:pPr>
        <w:keepNext/>
        <w:keepLines/>
        <w:widowControl/>
      </w:pPr>
      <w:r>
        <w:t>Dear [Name],</w:t>
      </w:r>
    </w:p>
    <w:p>
      <w:pPr>
        <w:keepNext/>
        <w:keepLines/>
        <w:widowControl/>
      </w:pPr>
      <w:r>
        <w:t>Wishing you a happy New Year from all of us at [household]. Thank you for [specific neighborly kindness] during the past year. It is good to have thoughtful people nearby. We hope the coming year brings you and your family pleasant days and plenty to enjoy. We look forward to seeing you around the neighborhood.</w:t>
      </w:r>
    </w:p>
    <w:p>
      <w:pPr>
        <w:keepNext/>
        <w:keepLines/>
        <w:widowControl/>
      </w:pPr>
      <w:r>
        <w:t>Warm wishes,</w:t>
      </w:r>
    </w:p>
    <w:p>
      <w:pPr>
        <w:keepLines/>
        <w:widowControl/>
      </w:pPr>
      <w:r>
        <w:t>[Names]</w:t>
      </w:r>
    </w:p>
    <w:p>
      <w:pPr>
        <w:pStyle w:val="Heading2"/>
        <w:keepNext/>
        <w:keepLines/>
        <w:widowControl/>
      </w:pPr>
      <w:r>
        <w:t>8 Mentor</w:t>
      </w:r>
    </w:p>
    <w:p>
      <w:pPr>
        <w:keepNext/>
        <w:keepLines/>
        <w:widowControl/>
      </w:pPr>
      <w:r>
        <w:rPr>
          <w:b/>
        </w:rPr>
        <w:t xml:space="preserve">Subject: </w:t>
      </w:r>
      <w:r>
        <w:t>Thank you and best wishes for the New Year</w:t>
      </w:r>
    </w:p>
    <w:p>
      <w:pPr>
        <w:keepNext/>
        <w:keepLines/>
        <w:widowControl/>
      </w:pPr>
      <w:r>
        <w:t>Dear [Name],</w:t>
      </w:r>
    </w:p>
    <w:p>
      <w:pPr>
        <w:keepNext/>
        <w:keepLines/>
        <w:widowControl/>
      </w:pPr>
      <w:r>
        <w:t>Happy New Year. Your guidance on [topic] made a real difference to how I approached [situation] last year, and I wanted to thank you. I hope the coming year brings rewarding work and time for your own interests. I look forward to staying in touch and sharing how things develop.</w:t>
      </w:r>
    </w:p>
    <w:p>
      <w:pPr>
        <w:keepNext/>
        <w:keepLines/>
        <w:widowControl/>
      </w:pPr>
      <w:r>
        <w:t>With appreciation,</w:t>
      </w:r>
    </w:p>
    <w:p>
      <w:pPr>
        <w:keepLines/>
        <w:widowControl/>
      </w:pPr>
      <w:r>
        <w:t>[Your name]</w:t>
      </w:r>
    </w:p>
    <w:p>
      <w:pPr>
        <w:pStyle w:val="Heading2"/>
        <w:keepNext/>
        <w:keepLines/>
        <w:widowControl/>
      </w:pPr>
      <w:r>
        <w:t>9 Personal goals</w:t>
      </w:r>
    </w:p>
    <w:p>
      <w:pPr>
        <w:keepNext/>
        <w:keepLines/>
        <w:widowControl/>
      </w:pPr>
      <w:r>
        <w:rPr>
          <w:b/>
        </w:rPr>
        <w:t xml:space="preserve">Subject: </w:t>
      </w:r>
      <w:r>
        <w:t>A small plan for the year ahead</w:t>
      </w:r>
    </w:p>
    <w:p>
      <w:pPr>
        <w:keepNext/>
        <w:keepLines/>
        <w:widowControl/>
      </w:pPr>
      <w:r>
        <w:t>Hi [Name],</w:t>
      </w:r>
    </w:p>
    <w:p>
      <w:pPr>
        <w:keepNext/>
        <w:keepLines/>
        <w:widowControl/>
      </w:pPr>
      <w:r>
        <w:t>Happy New Year! Rather than making a long list of resolutions, I am hoping to make time for [specific activity] this year. I remember you mentioning a similar interest. If you would enjoy doing it together occasionally, let me know. Either way, I hope the year gives you room for what matters to you.</w:t>
      </w:r>
    </w:p>
    <w:p>
      <w:pPr>
        <w:keepNext/>
        <w:keepLines/>
        <w:widowControl/>
      </w:pPr>
      <w:r>
        <w:t>Best,</w:t>
      </w:r>
    </w:p>
    <w:p>
      <w:pPr>
        <w:keepLines/>
        <w:widowControl/>
      </w:pPr>
      <w:r>
        <w:t>[Your name]</w:t>
      </w:r>
    </w:p>
    <w:p>
      <w:pPr>
        <w:pStyle w:val="Heading2"/>
        <w:keepNext/>
        <w:keepLines/>
        <w:widowControl/>
      </w:pPr>
      <w:r>
        <w:t>10 Late greeting</w:t>
      </w:r>
    </w:p>
    <w:p>
      <w:pPr>
        <w:keepNext/>
        <w:keepLines/>
        <w:widowControl/>
      </w:pPr>
      <w:r>
        <w:rPr>
          <w:b/>
        </w:rPr>
        <w:t xml:space="preserve">Subject: </w:t>
      </w:r>
      <w:r>
        <w:t>Warm wishes for the year already underway</w:t>
      </w:r>
    </w:p>
    <w:p>
      <w:pPr>
        <w:keepNext/>
        <w:keepLines/>
        <w:widowControl/>
      </w:pPr>
      <w:r>
        <w:t>Hi [Name],</w:t>
      </w:r>
    </w:p>
    <w:p>
      <w:pPr>
        <w:keepNext/>
        <w:keepLines/>
        <w:widowControl/>
      </w:pPr>
      <w:r>
        <w:t>My New Year greeting is a little late, but I still wanted to send it. I hope the year has started well and that the weeks ahead bring good experiences and useful opportunities. Thank you for [specific connection or kindness] last year. It would be lovely to catch up when your schedule allows.</w:t>
      </w:r>
    </w:p>
    <w:p>
      <w:pPr>
        <w:keepNext/>
        <w:keepLines/>
        <w:widowControl/>
      </w:pPr>
      <w:r>
        <w:t>Warmly,</w:t>
      </w:r>
    </w:p>
    <w:p>
      <w:pPr>
        <w:keepLines/>
        <w:widowControl/>
      </w:pPr>
      <w:r>
        <w:t>[Your name]</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