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Multi City Business Travel Itinerary</w:t>
      </w:r>
    </w:p>
    <w:p>
      <w:r>
        <w:t>Traveler: [Name]    Trip dates: [Dates]    Purpose: [Business objective]</w:t>
      </w:r>
    </w:p>
    <w:p>
      <w:r>
        <w:t>Use local dates and times with the city or time zone. Replace every prompt and confirm reservations before sharing.</w:t>
      </w:r>
    </w:p>
    <w:p>
      <w:pPr>
        <w:pStyle w:val="Heading2"/>
      </w:pPr>
      <w:r>
        <w:t>Travel and accommodation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Confirmed details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Transport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[Flight or train, date, local time, booking reference]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Hotel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[Name, address, check in and check out]</w:t>
            </w:r>
          </w:p>
        </w:tc>
      </w:tr>
      <w:tr>
        <w:trPr/>
        <w:tc>
          <w:tcPr>
            <w:tcW w:type="dxa" w:w="187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Transfers</w:t>
            </w:r>
          </w:p>
        </w:tc>
        <w:tc>
          <w:tcPr>
            <w:tcW w:type="dxa" w:w="820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[Pickup point, provider and contact]</w:t>
            </w:r>
          </w:p>
        </w:tc>
      </w:tr>
    </w:tbl>
    <w:p/>
    <w:p>
      <w:pPr>
        <w:pStyle w:val="Heading2"/>
      </w:pPr>
      <w:r>
        <w:t>City by city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/>
        </w:trPr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Date and city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Transport or appointment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Booking and address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234D5B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/>
                <w:color w:val="FFFFFF"/>
              </w:rPr>
              <w:t>Owner or notes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1F5F4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  <w:tr>
        <w:trPr/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confirmed details]</w:t>
            </w:r>
          </w:p>
        </w:tc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 details]</w:t>
            </w:r>
          </w:p>
        </w:tc>
        <w:tc>
          <w:tcPr>
            <w:tcW w:type="dxa" w:w="158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</w:rPr>
              <w:t>[Enter]</w:t>
            </w:r>
          </w:p>
        </w:tc>
      </w:tr>
    </w:tbl>
    <w:p/>
    <w:p>
      <w:pPr>
        <w:pStyle w:val="Heading2"/>
      </w:pPr>
      <w:r>
        <w:t>Contingency and handover</w:t>
      </w:r>
    </w:p>
    <w:p>
      <w:r>
        <w:t>[Record an alternative connection, a meeting change contact and any action needed before departure.]</w:t>
      </w:r>
    </w:p>
    <w:p>
      <w:r>
        <w:t>Trip coordinator: [Name and contact]    Last verified: [Date and time]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