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Workplace and Customer Birthday Emails</w:t>
      </w:r>
    </w:p>
    <w:p>
      <w:r>
        <w:t>Ten editable samples for different situations. Replace bracketed details and review the message before copying it into your email application.</w:t>
      </w:r>
    </w:p>
    <w:p>
      <w:pPr>
        <w:pStyle w:val="Heading2"/>
        <w:keepNext/>
        <w:keepLines/>
        <w:widowControl/>
      </w:pPr>
      <w:r>
        <w:t>11 Colleague</w:t>
      </w:r>
    </w:p>
    <w:p>
      <w:pPr>
        <w:keepNext/>
        <w:keepLines/>
        <w:widowControl/>
      </w:pPr>
      <w:r>
        <w:rPr>
          <w:b/>
        </w:rPr>
        <w:t xml:space="preserve">Subject: </w:t>
      </w:r>
      <w:r>
        <w:t>Wishing you a happy birthday</w:t>
      </w:r>
    </w:p>
    <w:p>
      <w:pPr>
        <w:keepNext/>
        <w:keepLines/>
        <w:widowControl/>
      </w:pPr>
      <w:r>
        <w:t>Hi [Name],</w:t>
      </w:r>
    </w:p>
    <w:p>
      <w:pPr>
        <w:keepNext/>
        <w:keepLines/>
        <w:widowControl/>
      </w:pPr>
      <w:r>
        <w:t>Happy birthday! It is a pleasure working with you, and I appreciate the thought you bring to [shared project or task]. I hope you have a chance to enjoy a break and celebrate in your own way today. Wishing you a good year ahead, both at work and beyond it.</w:t>
      </w:r>
    </w:p>
    <w:p>
      <w:pPr>
        <w:keepNext/>
        <w:keepLines/>
        <w:widowControl/>
      </w:pPr>
      <w:r>
        <w:t>Best wishes,</w:t>
      </w:r>
    </w:p>
    <w:p>
      <w:pPr>
        <w:keepLines/>
        <w:widowControl/>
      </w:pPr>
      <w:r>
        <w:t>[Your name]</w:t>
      </w:r>
    </w:p>
    <w:p>
      <w:pPr>
        <w:pStyle w:val="Heading2"/>
        <w:keepNext/>
        <w:keepLines/>
        <w:widowControl/>
      </w:pPr>
      <w:r>
        <w:t>12 Manager</w:t>
      </w:r>
    </w:p>
    <w:p>
      <w:pPr>
        <w:keepNext/>
        <w:keepLines/>
        <w:widowControl/>
      </w:pPr>
      <w:r>
        <w:rPr>
          <w:b/>
        </w:rPr>
        <w:t xml:space="preserve">Subject: </w:t>
      </w:r>
      <w:r>
        <w:t>Best wishes on your birthday</w:t>
      </w:r>
    </w:p>
    <w:p>
      <w:pPr>
        <w:keepNext/>
        <w:keepLines/>
        <w:widowControl/>
      </w:pPr>
      <w:r>
        <w:t>Dear [Name],</w:t>
      </w:r>
    </w:p>
    <w:p>
      <w:pPr>
        <w:keepNext/>
        <w:keepLines/>
        <w:widowControl/>
      </w:pPr>
      <w:r>
        <w:t>Please accept my warm wishes for your birthday. Thank you for your guidance on [specific project or responsibility]; it has helped me develop my approach to the work. I hope you have an enjoyable day and a rewarding year ahead. There is no need to reply during your celebrations.</w:t>
      </w:r>
    </w:p>
    <w:p>
      <w:pPr>
        <w:keepNext/>
        <w:keepLines/>
        <w:widowControl/>
      </w:pPr>
      <w:r>
        <w:t>Kind regards,</w:t>
      </w:r>
    </w:p>
    <w:p>
      <w:pPr>
        <w:keepLines/>
        <w:widowControl/>
      </w:pPr>
      <w:r>
        <w:t>[Your name]</w:t>
      </w:r>
    </w:p>
    <w:p>
      <w:pPr>
        <w:pStyle w:val="Heading2"/>
        <w:keepNext/>
        <w:keepLines/>
        <w:widowControl/>
      </w:pPr>
      <w:r>
        <w:t>13 Direct report</w:t>
      </w:r>
    </w:p>
    <w:p>
      <w:pPr>
        <w:keepNext/>
        <w:keepLines/>
        <w:widowControl/>
      </w:pPr>
      <w:r>
        <w:rPr>
          <w:b/>
        </w:rPr>
        <w:t xml:space="preserve">Subject: </w:t>
      </w:r>
      <w:r>
        <w:t>Happy birthday from [Team]</w:t>
      </w:r>
    </w:p>
    <w:p>
      <w:pPr>
        <w:keepNext/>
        <w:keepLines/>
        <w:widowControl/>
      </w:pPr>
      <w:r>
        <w:t>Hi [Name],</w:t>
      </w:r>
    </w:p>
    <w:p>
      <w:pPr>
        <w:keepNext/>
        <w:keepLines/>
        <w:widowControl/>
      </w:pPr>
      <w:r>
        <w:t>Happy birthday! Thank you for your contribution to [specific work] and for the care you bring to the team. I hope you can enjoy the day in a way that suits you. On behalf of [Team], I wish you a pleasant celebration and a positive year ahead.</w:t>
      </w:r>
    </w:p>
    <w:p>
      <w:pPr>
        <w:keepNext/>
        <w:keepLines/>
        <w:widowControl/>
      </w:pPr>
      <w:r>
        <w:t>Best wishes,</w:t>
      </w:r>
    </w:p>
    <w:p>
      <w:pPr>
        <w:keepLines/>
        <w:widowControl/>
      </w:pPr>
      <w:r>
        <w:t>[Manager name]</w:t>
      </w:r>
    </w:p>
    <w:p>
      <w:pPr>
        <w:pStyle w:val="Heading2"/>
        <w:keepNext/>
        <w:keepLines/>
        <w:widowControl/>
      </w:pPr>
      <w:r>
        <w:t>14 Whole-team greeting</w:t>
      </w:r>
    </w:p>
    <w:p>
      <w:pPr>
        <w:keepNext/>
        <w:keepLines/>
        <w:widowControl/>
      </w:pPr>
      <w:r>
        <w:rPr>
          <w:b/>
        </w:rPr>
        <w:t xml:space="preserve">Subject: </w:t>
      </w:r>
      <w:r>
        <w:t>Birthday wishes from all of us</w:t>
      </w:r>
    </w:p>
    <w:p>
      <w:pPr>
        <w:keepNext/>
        <w:keepLines/>
        <w:widowControl/>
      </w:pPr>
      <w:r>
        <w:t>Hi [Name],</w:t>
      </w:r>
    </w:p>
    <w:p>
      <w:pPr>
        <w:keepNext/>
        <w:keepLines/>
        <w:widowControl/>
      </w:pPr>
      <w:r>
        <w:t>Everyone in [Team] would like to wish you a happy birthday. We appreciate your help with [shared work or recent achievement] and the way you support your colleagues. We hope your day includes a little time for the things you enjoy. Thank you for being part of the team.</w:t>
      </w:r>
    </w:p>
    <w:p>
      <w:pPr>
        <w:keepNext/>
        <w:keepLines/>
        <w:widowControl/>
      </w:pPr>
      <w:r>
        <w:t>Warm wishes,</w:t>
      </w:r>
    </w:p>
    <w:p>
      <w:pPr>
        <w:keepLines/>
        <w:widowControl/>
      </w:pPr>
      <w:r>
        <w:t>[Team name]</w:t>
      </w:r>
    </w:p>
    <w:p>
      <w:pPr>
        <w:pStyle w:val="Heading2"/>
        <w:keepNext/>
        <w:keepLines/>
        <w:widowControl/>
      </w:pPr>
      <w:r>
        <w:t>15 Client without an offer</w:t>
      </w:r>
    </w:p>
    <w:p>
      <w:pPr>
        <w:keepNext/>
        <w:keepLines/>
        <w:widowControl/>
      </w:pPr>
      <w:r>
        <w:rPr>
          <w:b/>
        </w:rPr>
        <w:t xml:space="preserve">Subject: </w:t>
      </w:r>
      <w:r>
        <w:t>Warm birthday wishes from [Business]</w:t>
      </w:r>
    </w:p>
    <w:p>
      <w:pPr>
        <w:keepNext/>
        <w:keepLines/>
        <w:widowControl/>
      </w:pPr>
      <w:r>
        <w:t>Dear [Name],</w:t>
      </w:r>
    </w:p>
    <w:p>
      <w:pPr>
        <w:keepNext/>
        <w:keepLines/>
        <w:widowControl/>
      </w:pPr>
      <w:r>
        <w:t>We would like to wish you a happy birthday and a pleasant year ahead. Thank you for choosing [Business] and for the opportunity to work with you on [appropriate reference]. This is simply a greeting, with no action needed. We hope you have an enjoyable day.</w:t>
      </w:r>
    </w:p>
    <w:p>
      <w:pPr>
        <w:keepNext/>
        <w:keepLines/>
        <w:widowControl/>
      </w:pPr>
      <w:r>
        <w:t>Kind regards,</w:t>
      </w:r>
    </w:p>
    <w:p>
      <w:pPr>
        <w:keepLines/>
        <w:widowControl/>
      </w:pPr>
      <w:r>
        <w:t>[Sender and business]</w:t>
      </w:r>
    </w:p>
    <w:p>
      <w:pPr>
        <w:pStyle w:val="Heading2"/>
        <w:keepNext/>
        <w:keepLines/>
        <w:widowControl/>
      </w:pPr>
      <w:r>
        <w:t>16 Customer with an optional offer</w:t>
      </w:r>
    </w:p>
    <w:p>
      <w:pPr>
        <w:keepNext/>
        <w:keepLines/>
        <w:widowControl/>
      </w:pPr>
      <w:r>
        <w:rPr>
          <w:b/>
        </w:rPr>
        <w:t xml:space="preserve">Subject: </w:t>
      </w:r>
      <w:r>
        <w:t>A birthday greeting and optional thank-you</w:t>
      </w:r>
    </w:p>
    <w:p>
      <w:pPr>
        <w:keepNext/>
        <w:keepLines/>
        <w:widowControl/>
      </w:pPr>
      <w:r>
        <w:t>Hi [Name],</w:t>
      </w:r>
    </w:p>
    <w:p>
      <w:pPr>
        <w:keepNext/>
        <w:keepLines/>
        <w:widowControl/>
      </w:pPr>
      <w:r>
        <w:t>Happy birthday from [Business]. As a small thank-you, you may use [code] for [confirmed offer] until [date], subject to [key condition]. The full terms are available at [link]. Whether or not you use it, we hope you enjoy your day. Please contact [address] if you have any questions.</w:t>
      </w:r>
    </w:p>
    <w:p>
      <w:pPr>
        <w:keepNext/>
        <w:keepLines/>
        <w:widowControl/>
      </w:pPr>
      <w:r>
        <w:t>Best wishes,</w:t>
      </w:r>
    </w:p>
    <w:p>
      <w:pPr>
        <w:keepLines/>
        <w:widowControl/>
      </w:pPr>
      <w:r>
        <w:t>[Business]</w:t>
      </w:r>
    </w:p>
    <w:p>
      <w:pPr>
        <w:pStyle w:val="Heading2"/>
        <w:keepNext/>
        <w:keepLines/>
        <w:widowControl/>
      </w:pPr>
      <w:r>
        <w:t>17 Business partner</w:t>
      </w:r>
    </w:p>
    <w:p>
      <w:pPr>
        <w:keepNext/>
        <w:keepLines/>
        <w:widowControl/>
      </w:pPr>
      <w:r>
        <w:rPr>
          <w:b/>
        </w:rPr>
        <w:t xml:space="preserve">Subject: </w:t>
      </w:r>
      <w:r>
        <w:t>Birthday wishes and our thanks</w:t>
      </w:r>
    </w:p>
    <w:p>
      <w:pPr>
        <w:keepNext/>
        <w:keepLines/>
        <w:widowControl/>
      </w:pPr>
      <w:r>
        <w:t>Dear [Name],</w:t>
      </w:r>
    </w:p>
    <w:p>
      <w:pPr>
        <w:keepNext/>
        <w:keepLines/>
        <w:widowControl/>
      </w:pPr>
      <w:r>
        <w:t>Wishing you a happy birthday and a successful year ahead. We have appreciated working with you on [project or partnership] and value the practical, thoughtful way you approach our shared work. I hope you can set business aside for a little while today and enjoy the occasion.</w:t>
      </w:r>
    </w:p>
    <w:p>
      <w:pPr>
        <w:keepNext/>
        <w:keepLines/>
        <w:widowControl/>
      </w:pPr>
      <w:r>
        <w:t>Warm regards,</w:t>
      </w:r>
    </w:p>
    <w:p>
      <w:pPr>
        <w:keepLines/>
        <w:widowControl/>
      </w:pPr>
      <w:r>
        <w:t>[Your name]</w:t>
      </w:r>
    </w:p>
    <w:p>
      <w:pPr>
        <w:pStyle w:val="Heading2"/>
        <w:keepNext/>
        <w:keepLines/>
        <w:widowControl/>
      </w:pPr>
      <w:r>
        <w:t>18 Remote teammate</w:t>
      </w:r>
    </w:p>
    <w:p>
      <w:pPr>
        <w:keepNext/>
        <w:keepLines/>
        <w:widowControl/>
      </w:pPr>
      <w:r>
        <w:rPr>
          <w:b/>
        </w:rPr>
        <w:t xml:space="preserve">Subject: </w:t>
      </w:r>
      <w:r>
        <w:t>Birthday wishes across the miles</w:t>
      </w:r>
    </w:p>
    <w:p>
      <w:pPr>
        <w:keepNext/>
        <w:keepLines/>
        <w:widowControl/>
      </w:pPr>
      <w:r>
        <w:t>Hi [Name],</w:t>
      </w:r>
    </w:p>
    <w:p>
      <w:pPr>
        <w:keepNext/>
        <w:keepLines/>
        <w:widowControl/>
      </w:pPr>
      <w:r>
        <w:t>Happy birthday from your colleagues in [location or team]. Although we work in different places, your contribution to [shared work] is very much appreciated. We hope you have an enjoyable day outside the usual meetings and messages. If you are celebrating later, we hope that goes well too.</w:t>
      </w:r>
    </w:p>
    <w:p>
      <w:pPr>
        <w:keepNext/>
        <w:keepLines/>
        <w:widowControl/>
      </w:pPr>
      <w:r>
        <w:t>Best wishes,</w:t>
      </w:r>
    </w:p>
    <w:p>
      <w:pPr>
        <w:keepLines/>
        <w:widowControl/>
      </w:pPr>
      <w:r>
        <w:t>[Team]</w:t>
      </w:r>
    </w:p>
    <w:p>
      <w:pPr>
        <w:pStyle w:val="Heading2"/>
        <w:keepNext/>
        <w:keepLines/>
        <w:widowControl/>
      </w:pPr>
      <w:r>
        <w:t>19 Mentor</w:t>
      </w:r>
    </w:p>
    <w:p>
      <w:pPr>
        <w:keepNext/>
        <w:keepLines/>
        <w:widowControl/>
      </w:pPr>
      <w:r>
        <w:rPr>
          <w:b/>
        </w:rPr>
        <w:t xml:space="preserve">Subject: </w:t>
      </w:r>
      <w:r>
        <w:t>With appreciation on your birthday</w:t>
      </w:r>
    </w:p>
    <w:p>
      <w:pPr>
        <w:keepNext/>
        <w:keepLines/>
        <w:widowControl/>
      </w:pPr>
      <w:r>
        <w:t>Dear [Name],</w:t>
      </w:r>
    </w:p>
    <w:p>
      <w:pPr>
        <w:keepNext/>
        <w:keepLines/>
        <w:widowControl/>
      </w:pPr>
      <w:r>
        <w:t>Happy birthday. Your advice about [specific topic] has stayed with me, and I wanted to use today to say thank you. I hope the coming year gives you time for the projects and people you enjoy most. Wishing you a pleasant celebration and many more good conversations ahead.</w:t>
      </w:r>
    </w:p>
    <w:p>
      <w:pPr>
        <w:keepNext/>
        <w:keepLines/>
        <w:widowControl/>
      </w:pPr>
      <w:r>
        <w:t>With appreciation,</w:t>
      </w:r>
    </w:p>
    <w:p>
      <w:pPr>
        <w:keepLines/>
        <w:widowControl/>
      </w:pPr>
      <w:r>
        <w:t>[Your name]</w:t>
      </w:r>
    </w:p>
    <w:p>
      <w:pPr>
        <w:pStyle w:val="Heading2"/>
        <w:keepNext/>
        <w:keepLines/>
        <w:widowControl/>
      </w:pPr>
      <w:r>
        <w:t>20 Former colleague</w:t>
      </w:r>
    </w:p>
    <w:p>
      <w:pPr>
        <w:keepNext/>
        <w:keepLines/>
        <w:widowControl/>
      </w:pPr>
      <w:r>
        <w:rPr>
          <w:b/>
        </w:rPr>
        <w:t xml:space="preserve">Subject: </w:t>
      </w:r>
      <w:r>
        <w:t>A birthday hello from [Your name]</w:t>
      </w:r>
    </w:p>
    <w:p>
      <w:pPr>
        <w:keepNext/>
        <w:keepLines/>
        <w:widowControl/>
      </w:pPr>
      <w:r>
        <w:t>Hi [Name],</w:t>
      </w:r>
    </w:p>
    <w:p>
      <w:pPr>
        <w:keepNext/>
        <w:keepLines/>
        <w:widowControl/>
      </w:pPr>
      <w:r>
        <w:t>Happy birthday! I was remembering our time working on [project] and wanted to send my good wishes. I hope things are going well in your current role and that you have an enjoyable day planned. It would be great to hear how you are doing whenever you have time to catch up.</w:t>
      </w:r>
    </w:p>
    <w:p>
      <w:pPr>
        <w:keepNext/>
        <w:keepLines/>
        <w:widowControl/>
      </w:pPr>
      <w:r>
        <w:t>Best,</w:t>
      </w:r>
    </w:p>
    <w:p>
      <w:pPr>
        <w:keepLines/>
        <w:widowControl/>
      </w:pPr>
      <w:r>
        <w:t>[Your name]</w:t>
      </w:r>
    </w:p>
    <w:sectPr w:rsidR="00FC693F" w:rsidRPr="0006063C"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