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Personal Birthday Emails</w:t>
      </w:r>
    </w:p>
    <w:p>
      <w:r>
        <w:t>Ten editable samples for different situations. Replace bracketed details and review the message before copying it into your email application.</w:t>
      </w:r>
    </w:p>
    <w:p>
      <w:pPr>
        <w:pStyle w:val="Heading2"/>
        <w:keepNext/>
        <w:keepLines/>
        <w:widowControl/>
      </w:pPr>
      <w:r>
        <w:t>1 Close friend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A birthday wish just for you</w:t>
      </w:r>
    </w:p>
    <w:p>
      <w:pPr>
        <w:keepNext/>
        <w:keepLines/>
        <w:widowControl/>
      </w:pPr>
      <w:r>
        <w:t>Hi [Name],</w:t>
      </w:r>
    </w:p>
    <w:p>
      <w:pPr>
        <w:keepNext/>
        <w:keepLines/>
        <w:widowControl/>
      </w:pPr>
      <w:r>
        <w:t>Happy birthday! I hope today brings good company, a little time for yourself and something you have been looking forward to. I still smile when I think about [shared memory]. Thank you for being such a steady friend. Let us find a day soon to celebrate properly.</w:t>
      </w:r>
    </w:p>
    <w:p>
      <w:pPr>
        <w:keepNext/>
        <w:keepLines/>
        <w:widowControl/>
      </w:pPr>
      <w:r>
        <w:t>With love,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2 Family member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Happy birthday, [Name]</w:t>
      </w:r>
    </w:p>
    <w:p>
      <w:pPr>
        <w:keepNext/>
        <w:keepLines/>
        <w:widowControl/>
      </w:pPr>
      <w:r>
        <w:t>Dear [Name],</w:t>
      </w:r>
    </w:p>
    <w:p>
      <w:pPr>
        <w:keepNext/>
        <w:keepLines/>
        <w:widowControl/>
      </w:pPr>
      <w:r>
        <w:t>Wishing you a lovely birthday and a year filled with the people and things you enjoy. I am grateful for [specific kindness or memory], and I hope you know how much that means to me. Enjoy your day in whatever way makes you happiest. I look forward to seeing you soon.</w:t>
      </w:r>
    </w:p>
    <w:p>
      <w:pPr>
        <w:keepNext/>
        <w:keepLines/>
        <w:widowControl/>
      </w:pPr>
      <w:r>
        <w:t>Love,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3 Partner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Celebrating you today</w:t>
      </w:r>
    </w:p>
    <w:p>
      <w:pPr>
        <w:keepNext/>
        <w:keepLines/>
        <w:widowControl/>
      </w:pPr>
      <w:r>
        <w:t>My dear [Name],</w:t>
      </w:r>
    </w:p>
    <w:p>
      <w:pPr>
        <w:keepNext/>
        <w:keepLines/>
        <w:widowControl/>
      </w:pPr>
      <w:r>
        <w:t>Happy birthday. Sharing everyday life with you has given me so many moments to treasure, especially [personal memory]. I hope today gives you a chance to feel cared for and celebrated. Thank you for [specific quality]. I am looking forward to making more good memories together in the year ahead.</w:t>
      </w:r>
    </w:p>
    <w:p>
      <w:pPr>
        <w:keepNext/>
        <w:keepLines/>
        <w:widowControl/>
      </w:pPr>
      <w:r>
        <w:t>All my love,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4 Parent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With love on your birthday</w:t>
      </w:r>
    </w:p>
    <w:p>
      <w:pPr>
        <w:keepNext/>
        <w:keepLines/>
        <w:widowControl/>
      </w:pPr>
      <w:r>
        <w:t>Dear [Mum or Dad],</w:t>
      </w:r>
    </w:p>
    <w:p>
      <w:pPr>
        <w:keepNext/>
        <w:keepLines/>
        <w:widowControl/>
      </w:pPr>
      <w:r>
        <w:t>Happy birthday! Thank you for the patience, encouragement and care you have given me over the years. I especially remember [personal example]. I hope your day includes a little rest, your favorite food and the company you enjoy most. I would love to [call or visit] at a time that suits you.</w:t>
      </w:r>
    </w:p>
    <w:p>
      <w:pPr>
        <w:keepNext/>
        <w:keepLines/>
        <w:widowControl/>
      </w:pPr>
      <w:r>
        <w:t>Love,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5 Sibling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Hope your birthday is a good one</w:t>
      </w:r>
    </w:p>
    <w:p>
      <w:pPr>
        <w:keepNext/>
        <w:keepLines/>
        <w:widowControl/>
      </w:pPr>
      <w:r>
        <w:t>Hi [Name],</w:t>
      </w:r>
    </w:p>
    <w:p>
      <w:pPr>
        <w:keepNext/>
        <w:keepLines/>
        <w:widowControl/>
      </w:pPr>
      <w:r>
        <w:t>Happy birthday to the person who knows far too many of my childhood stories. I hope you get to put your usual responsibilities aside for a while and enjoy the day. Let us plan [shared activity] when we can. Until then, enjoy the celebrations and save me a slice of cake if there is any left.</w:t>
      </w:r>
    </w:p>
    <w:p>
      <w:pPr>
        <w:keepNext/>
        <w:keepLines/>
        <w:widowControl/>
      </w:pPr>
      <w:r>
        <w:t>Love,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6 Long-distance friend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Birthday wishes from [City]</w:t>
      </w:r>
    </w:p>
    <w:p>
      <w:pPr>
        <w:keepNext/>
        <w:keepLines/>
        <w:widowControl/>
      </w:pPr>
      <w:r>
        <w:t>Hi [Name],</w:t>
      </w:r>
    </w:p>
    <w:p>
      <w:pPr>
        <w:keepNext/>
        <w:keepLines/>
        <w:widowControl/>
      </w:pPr>
      <w:r>
        <w:t>I wish I could be there to celebrate with you today. Happy birthday from [City]! I hope you have a wonderful day, and I would love to hear what you have planned. When you have a quiet moment this week, let us arrange a call. I miss our conversations and am looking forward to catching up.</w:t>
      </w:r>
    </w:p>
    <w:p>
      <w:pPr>
        <w:keepNext/>
        <w:keepLines/>
        <w:widowControl/>
      </w:pPr>
      <w:r>
        <w:t>Warmly,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7 Belated greeting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A late message with warm birthday wishes</w:t>
      </w:r>
    </w:p>
    <w:p>
      <w:pPr>
        <w:keepNext/>
        <w:keepLines/>
        <w:widowControl/>
      </w:pPr>
      <w:r>
        <w:t>Hi [Name],</w:t>
      </w:r>
    </w:p>
    <w:p>
      <w:pPr>
        <w:keepNext/>
        <w:keepLines/>
        <w:widowControl/>
      </w:pPr>
      <w:r>
        <w:t>My birthday message is arriving late, but the good wishes are sincere. I hope you had a lovely day and found time to celebrate in a way you enjoyed. I am sorry I missed the date. Wishing you a happy and rewarding year ahead, and I hope we can catch up soon.</w:t>
      </w:r>
    </w:p>
    <w:p>
      <w:pPr>
        <w:keepNext/>
        <w:keepLines/>
        <w:widowControl/>
      </w:pPr>
      <w:r>
        <w:t>Best wishes,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8 Milestone birthday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Wishing you a memorable [age]th birthday</w:t>
      </w:r>
    </w:p>
    <w:p>
      <w:pPr>
        <w:keepNext/>
        <w:keepLines/>
        <w:widowControl/>
      </w:pPr>
      <w:r>
        <w:t>Dear [Name],</w:t>
      </w:r>
    </w:p>
    <w:p>
      <w:pPr>
        <w:keepNext/>
        <w:keepLines/>
        <w:widowControl/>
      </w:pPr>
      <w:r>
        <w:t>Happy [age]th birthday! I hope this milestone gives you a chance to enjoy how far you have come and look forward to what interests you next. Your [specific quality or accomplishment] has been lovely to see. Whatever you choose to do today, I hope it feels right for you and leaves you with a happy memory.</w:t>
      </w:r>
    </w:p>
    <w:p>
      <w:pPr>
        <w:keepNext/>
        <w:keepLines/>
        <w:widowControl/>
      </w:pPr>
      <w:r>
        <w:t>Warm wishes,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9 Friend during a difficult year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Thinking of you on your birthday</w:t>
      </w:r>
    </w:p>
    <w:p>
      <w:pPr>
        <w:keepNext/>
        <w:keepLines/>
        <w:widowControl/>
      </w:pPr>
      <w:r>
        <w:t>Dear [Name],</w:t>
      </w:r>
    </w:p>
    <w:p>
      <w:pPr>
        <w:keepNext/>
        <w:keepLines/>
        <w:widowControl/>
      </w:pPr>
      <w:r>
        <w:t>I am thinking of you today and sending warm birthday wishes. I know this year has asked a lot of you, so there is no expectation to celebrate in any particular way or to reply. I hope the day offers a little comfort and something pleasant. If you would like company or a conversation, I am here.</w:t>
      </w:r>
    </w:p>
    <w:p>
      <w:pPr>
        <w:keepNext/>
        <w:keepLines/>
        <w:widowControl/>
      </w:pPr>
      <w:r>
        <w:t>With care,</w:t>
      </w:r>
    </w:p>
    <w:p>
      <w:pPr>
        <w:keepLines/>
        <w:widowControl/>
      </w:pPr>
      <w:r>
        <w:t>[Your name]</w:t>
      </w:r>
    </w:p>
    <w:p>
      <w:pPr>
        <w:pStyle w:val="Heading2"/>
        <w:keepNext/>
        <w:keepLines/>
        <w:widowControl/>
      </w:pPr>
      <w:r>
        <w:t>10 Simple personal greeting</w:t>
      </w:r>
    </w:p>
    <w:p>
      <w:pPr>
        <w:keepNext/>
        <w:keepLines/>
        <w:widowControl/>
      </w:pPr>
      <w:r>
        <w:rPr>
          <w:b/>
        </w:rPr>
        <w:t xml:space="preserve">Subject: </w:t>
      </w:r>
      <w:r>
        <w:t>Happy birthday, [Name]</w:t>
      </w:r>
    </w:p>
    <w:p>
      <w:pPr>
        <w:keepNext/>
        <w:keepLines/>
        <w:widowControl/>
      </w:pPr>
      <w:r>
        <w:t>Hi [Name],</w:t>
      </w:r>
    </w:p>
    <w:p>
      <w:pPr>
        <w:keepNext/>
        <w:keepLines/>
        <w:widowControl/>
      </w:pPr>
      <w:r>
        <w:t>Just a short note to wish you a happy birthday. I hope you get to enjoy the day at your own pace, with good company and something that makes you smile. Wishing you a year of good moments and worthwhile plans. It would be lovely to catch up when you have time.</w:t>
      </w:r>
    </w:p>
    <w:p>
      <w:pPr>
        <w:keepNext/>
        <w:keepLines/>
        <w:widowControl/>
      </w:pPr>
      <w:r>
        <w:t>Best,</w:t>
      </w:r>
    </w:p>
    <w:p>
      <w:pPr>
        <w:keepLines/>
        <w:widowControl/>
      </w:pPr>
      <w:r>
        <w:t>[Your name]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